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i w:val="0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СООБЩЕНИЕ</w:t>
      </w:r>
    </w:p>
    <w:p>
      <w:pPr>
        <w:spacing w:after="80" w:before="0"/>
        <w:jc w:val="center"/>
      </w:pPr>
      <w:r>
        <w:rPr>
          <w:b w:val="0"/>
          <w:i w:val="0"/>
        </w:rPr>
        <w:t>по предмету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Подготовил(а):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Учитель: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сообщение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