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sz w:val="28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sz w:val="28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sz w:val="32"/>
        </w:rPr>
        <w:t>РЕФЕРАТ</w:t>
      </w:r>
    </w:p>
    <w:p>
      <w:pPr>
        <w:spacing w:after="120" w:before="0"/>
        <w:jc w:val="center"/>
      </w:pPr>
      <w:r>
        <w:rPr>
          <w:b w:val="0"/>
          <w:sz w:val="28"/>
        </w:rPr>
        <w:t>по предмету «______________________»</w:t>
      </w:r>
    </w:p>
    <w:p>
      <w:pPr>
        <w:spacing w:after="0" w:before="0"/>
        <w:jc w:val="center"/>
      </w:pPr>
      <w:r>
        <w:rPr>
          <w:b/>
          <w:sz w:val="28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ученик(ца) __ «__» класса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Руководитель: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учитель ___________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И. О.</w:t>
      </w:r>
    </w:p>
    <w:p>
      <w:r>
        <w:br w:type="page"/>
      </w:r>
    </w:p>
    <w:p>
      <w:pPr>
        <w:spacing w:after="240" w:before="0"/>
        <w:jc w:val="center"/>
      </w:pPr>
      <w:r>
        <w:rPr>
          <w:b/>
          <w:sz w:val="28"/>
        </w:rPr>
        <w:t>СОДЕРЖАНИЕ</w:t>
      </w:r>
    </w:p>
    <w:p>
      <w:pPr>
        <w:tabs>
          <w:tab w:pos="9354" w:val="right" w:leader="dot"/>
        </w:tabs>
        <w:spacing w:line="360" w:lineRule="auto"/>
      </w:pPr>
      <w:r>
        <w:t>Введение</w:t>
        <w:tab/>
      </w:r>
    </w:p>
    <w:p>
      <w:pPr>
        <w:tabs>
          <w:tab w:pos="9354" w:val="right" w:leader="dot"/>
        </w:tabs>
        <w:spacing w:line="360" w:lineRule="auto"/>
      </w:pPr>
      <w:r>
        <w:t>1 Название первой главы</w:t>
        <w:tab/>
      </w:r>
    </w:p>
    <w:p>
      <w:pPr>
        <w:tabs>
          <w:tab w:pos="9354" w:val="right" w:leader="dot"/>
        </w:tabs>
        <w:spacing w:line="360" w:lineRule="auto"/>
      </w:pPr>
      <w:r>
        <w:t>1.1 Название параграфа</w:t>
        <w:tab/>
      </w:r>
    </w:p>
    <w:p>
      <w:pPr>
        <w:tabs>
          <w:tab w:pos="9354" w:val="right" w:leader="dot"/>
        </w:tabs>
        <w:spacing w:line="360" w:lineRule="auto"/>
      </w:pPr>
      <w:r>
        <w:t>1.2 Название параграфа</w:t>
        <w:tab/>
      </w:r>
    </w:p>
    <w:p>
      <w:pPr>
        <w:tabs>
          <w:tab w:pos="9354" w:val="right" w:leader="dot"/>
        </w:tabs>
        <w:spacing w:line="360" w:lineRule="auto"/>
      </w:pPr>
      <w:r>
        <w:t>2 Название второй главы</w:t>
        <w:tab/>
      </w:r>
    </w:p>
    <w:p>
      <w:pPr>
        <w:tabs>
          <w:tab w:pos="9354" w:val="right" w:leader="dot"/>
        </w:tabs>
        <w:spacing w:line="360" w:lineRule="auto"/>
      </w:pPr>
      <w:r>
        <w:t>Заключение</w:t>
        <w:tab/>
      </w:r>
    </w:p>
    <w:p>
      <w:pPr>
        <w:tabs>
          <w:tab w:pos="9354" w:val="right" w:leader="dot"/>
        </w:tabs>
        <w:spacing w:line="360" w:lineRule="auto"/>
      </w:pPr>
      <w:r>
        <w:t>Список использованных источников</w:t>
        <w:tab/>
      </w:r>
    </w:p>
    <w:p>
      <w:r>
        <w:br w:type="page"/>
      </w:r>
    </w:p>
    <w:p>
      <w:pPr>
        <w:spacing w:after="240" w:before="0"/>
        <w:jc w:val="center"/>
      </w:pPr>
      <w:r>
        <w:rPr>
          <w:b/>
          <w:sz w:val="28"/>
        </w:rPr>
        <w:t>ВВЕДЕНИЕ</w:t>
      </w:r>
    </w:p>
    <w:p>
      <w:pPr>
        <w:spacing w:line="360" w:lineRule="auto"/>
        <w:ind w:firstLine="709"/>
        <w:jc w:val="both"/>
      </w:pPr>
      <w:r>
        <w:t>Здесь объясняют, почему выбрана тема и чем она важна сейчас. Одного-двух абзацев достаточно.</w:t>
      </w:r>
    </w:p>
    <w:p>
      <w:pPr>
        <w:spacing w:line="360" w:lineRule="auto"/>
        <w:ind w:firstLine="709"/>
        <w:jc w:val="both"/>
      </w:pPr>
      <w:r>
        <w:t>Цель работы: одно предложение, что вы хотите выяснить. Задачи: три-четыре шага к цели, например изучить источники, сравнить подходы, сделать вывод.</w:t>
      </w:r>
    </w:p>
    <w:p>
      <w:r>
        <w:br w:type="page"/>
      </w:r>
    </w:p>
    <w:p>
      <w:pPr>
        <w:spacing w:after="240" w:line="360" w:lineRule="auto"/>
        <w:ind w:firstLine="709"/>
        <w:jc w:val="left"/>
      </w:pPr>
      <w:r>
        <w:rPr>
          <w:b/>
        </w:rPr>
        <w:t>1 Название первой главы</w:t>
      </w:r>
    </w:p>
    <w:p>
      <w:pPr>
        <w:spacing w:line="360" w:lineRule="auto"/>
        <w:ind w:firstLine="709"/>
        <w:jc w:val="both"/>
      </w:pPr>
      <w:r>
        <w:t>Основная часть делится на главы и параграфы. Каждая глава отвечает на одну задачу из введения.</w:t>
      </w:r>
    </w:p>
    <w:p>
      <w:pPr>
        <w:spacing w:line="360" w:lineRule="auto"/>
        <w:ind w:firstLine="709"/>
        <w:jc w:val="both"/>
      </w:pPr>
      <w:r>
        <w:t>Если приводите факт, цифру или цитату, ставьте ссылку на источник в квадратных скобках, например [1, с. 25].</w:t>
      </w:r>
    </w:p>
    <w:p>
      <w:r>
        <w:br w:type="page"/>
      </w:r>
    </w:p>
    <w:p>
      <w:pPr>
        <w:spacing w:after="240" w:line="360" w:lineRule="auto"/>
        <w:ind w:firstLine="709"/>
        <w:jc w:val="left"/>
      </w:pPr>
      <w:r>
        <w:rPr>
          <w:b/>
        </w:rPr>
        <w:t>2 Название второй главы</w:t>
      </w:r>
    </w:p>
    <w:p>
      <w:pPr>
        <w:spacing w:line="360" w:lineRule="auto"/>
        <w:ind w:firstLine="709"/>
        <w:jc w:val="both"/>
      </w:pPr>
      <w:r>
        <w:t>Во второй главе обычно сравнивают, анализируют или описывают собственное наблюдение. В конце главы короткий вывод.</w:t>
      </w:r>
    </w:p>
    <w:p>
      <w:r>
        <w:br w:type="page"/>
      </w:r>
    </w:p>
    <w:p>
      <w:pPr>
        <w:spacing w:after="240" w:before="0"/>
        <w:jc w:val="center"/>
      </w:pPr>
      <w:r>
        <w:rPr>
          <w:b/>
          <w:sz w:val="28"/>
        </w:rPr>
        <w:t>ЗАКЛЮЧЕНИЕ</w:t>
      </w:r>
    </w:p>
    <w:p>
      <w:pPr>
        <w:spacing w:line="360" w:lineRule="auto"/>
        <w:ind w:firstLine="709"/>
        <w:jc w:val="both"/>
      </w:pPr>
      <w:r>
        <w:t>Кратко перечислите выводы по каждой задаче и ответьте, достигнута ли цель работы. Новых фактов в заключении не приводят.</w:t>
      </w:r>
    </w:p>
    <w:p>
      <w:r>
        <w:br w:type="page"/>
      </w:r>
    </w:p>
    <w:p>
      <w:pPr>
        <w:spacing w:after="240" w:before="0"/>
        <w:jc w:val="center"/>
      </w:pPr>
      <w:r>
        <w:rPr>
          <w:b/>
          <w:sz w:val="28"/>
        </w:rPr>
        <w:t>СПИСОК ИСПОЛЬЗОВАННЫХ ИСТОЧНИКОВ</w:t>
      </w:r>
    </w:p>
    <w:p>
      <w:pPr>
        <w:spacing w:line="360" w:lineRule="auto"/>
        <w:ind w:firstLine="709"/>
        <w:jc w:val="both"/>
      </w:pPr>
      <w:r>
        <w:t>1. Фамилия И. О. Название книги / И. О. Фамилия. – Город : Издательство, 2024. – 200 с.</w:t>
      </w:r>
    </w:p>
    <w:p>
      <w:pPr>
        <w:spacing w:line="360" w:lineRule="auto"/>
        <w:ind w:firstLine="709"/>
        <w:jc w:val="both"/>
      </w:pPr>
      <w:r>
        <w:t>2. Название статьи. – Текст : электронный // Название сайта : [сайт]. – URL: https://… (дата обращения: 01.10.2026).</w:t>
      </w:r>
    </w:p>
    <w:sectPr w:rsidR="00FC693F" w:rsidRPr="0006063C" w:rsidSect="00034616">
      <w:footerReference w:type="default" r:id="rId9"/>
      <w:footerReference w:type="first" r:id="rId10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4"/>
      </w:rP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реферата по ГОСТ 7.32-2017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