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 w:val="0"/>
          <w:sz w:val="28"/>
        </w:rPr>
        <w:t>Министерство науки и высшего образования</w:t>
      </w:r>
    </w:p>
    <w:p>
      <w:pPr>
        <w:spacing w:after="0" w:before="0"/>
        <w:jc w:val="center"/>
      </w:pPr>
      <w:r>
        <w:rPr>
          <w:b w:val="0"/>
          <w:sz w:val="28"/>
        </w:rPr>
        <w:t>Российской Федерации</w:t>
      </w:r>
    </w:p>
    <w:p>
      <w:pPr>
        <w:spacing w:after="0" w:before="0"/>
        <w:jc w:val="center"/>
      </w:pPr>
      <w:r>
        <w:rPr>
          <w:b w:val="0"/>
          <w:sz w:val="28"/>
        </w:rPr>
        <w:t>Федеральное государственное бюджетное</w:t>
      </w:r>
    </w:p>
    <w:p>
      <w:pPr>
        <w:spacing w:after="0" w:before="0"/>
        <w:jc w:val="center"/>
      </w:pPr>
      <w:r>
        <w:rPr>
          <w:b w:val="0"/>
          <w:sz w:val="28"/>
        </w:rPr>
        <w:t>образовательное учреждение высшего образования</w:t>
      </w:r>
    </w:p>
    <w:p>
      <w:pPr>
        <w:spacing w:after="0" w:before="0"/>
        <w:jc w:val="center"/>
      </w:pPr>
      <w:r>
        <w:rPr>
          <w:b w:val="0"/>
          <w:sz w:val="28"/>
        </w:rPr>
        <w:t>«______________________ университет»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  <w:r>
        <w:rPr>
          <w:b w:val="0"/>
          <w:sz w:val="28"/>
        </w:rPr>
        <w:t>Факультет ______________________</w:t>
      </w:r>
    </w:p>
    <w:p>
      <w:pPr>
        <w:spacing w:after="0" w:before="0"/>
        <w:jc w:val="center"/>
      </w:pPr>
      <w:r>
        <w:rPr>
          <w:b w:val="0"/>
          <w:sz w:val="28"/>
        </w:rPr>
        <w:t>Кафедра ________________________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120" w:before="0"/>
        <w:jc w:val="center"/>
      </w:pPr>
      <w:r>
        <w:rPr>
          <w:b/>
          <w:sz w:val="32"/>
        </w:rPr>
        <w:t>РЕФЕРАТ</w:t>
      </w:r>
    </w:p>
    <w:p>
      <w:pPr>
        <w:spacing w:after="120" w:before="0"/>
        <w:jc w:val="center"/>
      </w:pPr>
      <w:r>
        <w:rPr>
          <w:b w:val="0"/>
          <w:sz w:val="28"/>
        </w:rPr>
        <w:t>по дисциплине «______________________»</w:t>
      </w:r>
    </w:p>
    <w:p>
      <w:pPr>
        <w:spacing w:after="0" w:before="0"/>
        <w:jc w:val="center"/>
      </w:pPr>
      <w:r>
        <w:rPr>
          <w:b/>
          <w:sz w:val="28"/>
        </w:rPr>
        <w:t>на тему: «_________________________________»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ind w:left="4535"/>
        <w:jc w:val="left"/>
      </w:pPr>
      <w:r>
        <w:rPr>
          <w:b w:val="0"/>
          <w:sz w:val="28"/>
        </w:rPr>
        <w:t>Выполнил(а):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студент(ка) __ курса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группы ________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Фамилия Имя Отчество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sz w:val="28"/>
        </w:rPr>
        <w:t>Проверил(а):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должность, учёная степень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Фамилия И. О.</w:t>
      </w:r>
    </w:p>
    <w:sectPr w:rsidR="00FC693F" w:rsidRPr="0006063C" w:rsidSect="00034616">
      <w:footerReference w:type="first" r:id="rId9"/>
      <w:pgSz w:w="11906" w:h="16838"/>
      <w:pgMar w:top="1134" w:right="850" w:bottom="1134" w:left="1701" w:header="720" w:footer="85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8"/>
      </w:rPr>
      <w:t>Город,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лист: referat-vuz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