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sz w:val="28"/>
        </w:rPr>
        <w:t>Муниципальное бюджетное общеобразовательное учреждение</w:t>
      </w:r>
    </w:p>
    <w:p>
      <w:pPr>
        <w:spacing w:after="0" w:before="0"/>
        <w:jc w:val="center"/>
      </w:pPr>
      <w:r>
        <w:rPr>
          <w:b w:val="0"/>
          <w:sz w:val="28"/>
        </w:rPr>
        <w:t>«Средняя общеобразовательная школа № 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120" w:before="0"/>
        <w:jc w:val="center"/>
      </w:pPr>
      <w:r>
        <w:rPr>
          <w:b/>
          <w:sz w:val="32"/>
        </w:rPr>
        <w:t>ИНДИВИДУАЛЬНЫЙ ПРОЕКТ</w:t>
      </w:r>
    </w:p>
    <w:p>
      <w:pPr>
        <w:spacing w:after="120" w:before="0"/>
        <w:jc w:val="center"/>
      </w:pPr>
      <w:r>
        <w:rPr>
          <w:b w:val="0"/>
          <w:sz w:val="28"/>
        </w:rPr>
        <w:t>Предметная область: ______________</w:t>
      </w:r>
    </w:p>
    <w:p>
      <w:pPr>
        <w:spacing w:after="0" w:before="0"/>
        <w:jc w:val="center"/>
      </w:pPr>
      <w:r>
        <w:rPr>
          <w:b/>
          <w:sz w:val="28"/>
        </w:rPr>
        <w:t>на тему: «_________________________________»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ind w:left="4535"/>
        <w:jc w:val="left"/>
      </w:pPr>
      <w:r>
        <w:rPr>
          <w:b w:val="0"/>
          <w:sz w:val="28"/>
        </w:rPr>
        <w:t>Выполнил(а):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ученик(ца) __ «__» класса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Фамилия Имя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sz w:val="28"/>
        </w:rPr>
        <w:t>Руководитель проекта: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учитель ___________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Фамилия И. О.</w:t>
      </w:r>
    </w:p>
    <w:sectPr w:rsidR="00FC693F" w:rsidRPr="0006063C" w:rsidSect="00034616">
      <w:footerReference w:type="first" r:id="rId9"/>
      <w:pgSz w:w="11906" w:h="16838"/>
      <w:pgMar w:top="1134" w:right="850" w:bottom="1134" w:left="1701" w:header="720" w:footer="85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8"/>
      </w:rPr>
      <w:t>Город,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лист: proekt-10-11-klass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