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Министерство науки и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Российской Федерации</w:t>
      </w:r>
    </w:p>
    <w:p>
      <w:pPr>
        <w:spacing w:after="0" w:before="0"/>
        <w:jc w:val="center"/>
      </w:pPr>
      <w:r>
        <w:rPr>
          <w:b w:val="0"/>
          <w:i w:val="0"/>
        </w:rPr>
        <w:t>Федеральное государственное бюджетное</w:t>
      </w:r>
    </w:p>
    <w:p>
      <w:pPr>
        <w:spacing w:after="0" w:before="0"/>
        <w:jc w:val="center"/>
      </w:pPr>
      <w:r>
        <w:rPr>
          <w:b w:val="0"/>
          <w:i w:val="0"/>
        </w:rPr>
        <w:t>образовательное учреждение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«______________________ университет»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  <w:r>
        <w:rPr>
          <w:b w:val="0"/>
          <w:i w:val="0"/>
        </w:rPr>
        <w:t>Институт (факультет) ______________________</w:t>
      </w:r>
    </w:p>
    <w:p>
      <w:pPr>
        <w:spacing w:after="0" w:before="0"/>
        <w:jc w:val="center"/>
      </w:pPr>
      <w:r>
        <w:rPr>
          <w:b w:val="0"/>
          <w:i w:val="0"/>
        </w:rPr>
        <w:t>Кафедра ______________________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КУРСОВОЙ ПРОЕКТ</w:t>
      </w:r>
    </w:p>
    <w:p>
      <w:pPr>
        <w:spacing w:after="80" w:before="0"/>
        <w:jc w:val="center"/>
      </w:pPr>
      <w:r>
        <w:rPr>
          <w:b w:val="0"/>
          <w:i w:val="0"/>
        </w:rPr>
        <w:t>Пояснительная записка</w:t>
      </w:r>
    </w:p>
    <w:p>
      <w:pPr>
        <w:spacing w:after="80" w:before="0"/>
        <w:jc w:val="center"/>
      </w:pPr>
      <w:r>
        <w:rPr>
          <w:b w:val="0"/>
          <w:i w:val="0"/>
        </w:rPr>
        <w:t>по дисциплине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 студент(ка) __ курса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группы 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 Отчество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Руководитель проекта: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должность, учёная степень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Проект допущен к защите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«__» ________ 2026 г.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Оценка: ____________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курсового проекта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