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 w:val="0"/>
          <w:i w:val="0"/>
        </w:rPr>
        <w:t>Министерство науки и высшего образования</w:t>
      </w:r>
    </w:p>
    <w:p>
      <w:pPr>
        <w:spacing w:after="0" w:before="0"/>
        <w:jc w:val="center"/>
      </w:pPr>
      <w:r>
        <w:rPr>
          <w:b w:val="0"/>
          <w:i w:val="0"/>
        </w:rPr>
        <w:t>Российской Федерации</w:t>
      </w:r>
    </w:p>
    <w:p>
      <w:pPr>
        <w:spacing w:after="0" w:before="0"/>
        <w:jc w:val="center"/>
      </w:pPr>
      <w:r>
        <w:rPr>
          <w:b w:val="0"/>
          <w:i w:val="0"/>
        </w:rPr>
        <w:t>Федеральное государственное бюджетное</w:t>
      </w:r>
    </w:p>
    <w:p>
      <w:pPr>
        <w:spacing w:after="0" w:before="0"/>
        <w:jc w:val="center"/>
      </w:pPr>
      <w:r>
        <w:rPr>
          <w:b w:val="0"/>
          <w:i w:val="0"/>
        </w:rPr>
        <w:t>образовательное учреждение высшего образования</w:t>
      </w:r>
    </w:p>
    <w:p>
      <w:pPr>
        <w:spacing w:after="0" w:before="0"/>
        <w:jc w:val="center"/>
      </w:pPr>
      <w:r>
        <w:rPr>
          <w:b w:val="0"/>
          <w:i w:val="0"/>
        </w:rPr>
        <w:t>«______________________ университет»</w:t>
      </w:r>
    </w:p>
    <w:p>
      <w:pPr>
        <w:spacing w:after="0" w:before="0"/>
        <w:jc w:val="center"/>
      </w:pPr>
    </w:p>
    <w:p>
      <w:pPr>
        <w:spacing w:after="0" w:before="0"/>
        <w:jc w:val="center"/>
      </w:pPr>
      <w:r>
        <w:rPr>
          <w:b w:val="0"/>
          <w:i w:val="0"/>
        </w:rPr>
        <w:t>Институт (факультет) ______________________</w:t>
      </w:r>
    </w:p>
    <w:p>
      <w:pPr>
        <w:spacing w:after="0" w:before="0"/>
        <w:jc w:val="center"/>
      </w:pPr>
      <w:r>
        <w:rPr>
          <w:b w:val="0"/>
          <w:i w:val="0"/>
        </w:rPr>
        <w:t>Кафедра ______________________</w:t>
      </w: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120" w:before="0"/>
        <w:jc w:val="center"/>
      </w:pPr>
      <w:r>
        <w:rPr>
          <w:b/>
          <w:i w:val="0"/>
          <w:sz w:val="32"/>
        </w:rPr>
        <w:t>КУРСОВАЯ РАБОТА</w:t>
      </w:r>
    </w:p>
    <w:p>
      <w:pPr>
        <w:spacing w:after="80" w:before="0"/>
        <w:jc w:val="center"/>
      </w:pPr>
      <w:r>
        <w:rPr>
          <w:b w:val="0"/>
          <w:i w:val="0"/>
        </w:rPr>
        <w:t>по дисциплине «______________________»</w:t>
      </w:r>
    </w:p>
    <w:p>
      <w:pPr>
        <w:spacing w:after="80" w:before="0"/>
        <w:jc w:val="center"/>
      </w:pPr>
      <w:r>
        <w:rPr>
          <w:b w:val="0"/>
          <w:i w:val="0"/>
        </w:rPr>
        <w:t>на тему: «_________________________________»</w:t>
      </w: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ind w:left="4535"/>
        <w:jc w:val="left"/>
      </w:pPr>
      <w:r>
        <w:rPr>
          <w:b w:val="0"/>
          <w:i w:val="0"/>
        </w:rPr>
        <w:t>Выполнил(а): студент(ка) __ курса</w:t>
      </w:r>
    </w:p>
    <w:p>
      <w:pPr>
        <w:spacing w:after="0" w:before="0"/>
        <w:ind w:left="4535"/>
        <w:jc w:val="left"/>
      </w:pPr>
      <w:r>
        <w:rPr>
          <w:b w:val="0"/>
          <w:i w:val="0"/>
        </w:rPr>
        <w:t>группы ________</w:t>
      </w:r>
    </w:p>
    <w:p>
      <w:pPr>
        <w:spacing w:after="0" w:before="0"/>
        <w:ind w:left="4535"/>
        <w:jc w:val="left"/>
      </w:pPr>
      <w:r>
        <w:rPr>
          <w:b w:val="0"/>
          <w:i w:val="0"/>
        </w:rPr>
        <w:t>Фамилия Имя Отчество</w:t>
      </w:r>
    </w:p>
    <w:p>
      <w:pPr>
        <w:spacing w:after="0" w:before="0"/>
        <w:ind w:left="4535"/>
        <w:jc w:val="left"/>
      </w:pPr>
      <w:r>
        <w:rPr>
          <w:b w:val="0"/>
          <w:i w:val="0"/>
        </w:rPr>
        <w:t>_____________ (подпись)</w:t>
      </w:r>
    </w:p>
    <w:p>
      <w:pPr>
        <w:spacing w:after="0" w:before="0"/>
        <w:ind w:left="4535"/>
        <w:jc w:val="left"/>
      </w:pPr>
    </w:p>
    <w:p>
      <w:pPr>
        <w:spacing w:after="0" w:before="0"/>
        <w:ind w:left="4535"/>
        <w:jc w:val="left"/>
      </w:pPr>
      <w:r>
        <w:rPr>
          <w:b w:val="0"/>
          <w:i w:val="0"/>
        </w:rPr>
        <w:t>Руководитель:</w:t>
      </w:r>
    </w:p>
    <w:p>
      <w:pPr>
        <w:spacing w:after="0" w:before="0"/>
        <w:ind w:left="4535"/>
        <w:jc w:val="left"/>
      </w:pPr>
      <w:r>
        <w:rPr>
          <w:b w:val="0"/>
          <w:i w:val="0"/>
        </w:rPr>
        <w:t>должность, учёная степень</w:t>
      </w:r>
    </w:p>
    <w:p>
      <w:pPr>
        <w:spacing w:after="0" w:before="0"/>
        <w:ind w:left="4535"/>
        <w:jc w:val="left"/>
      </w:pPr>
      <w:r>
        <w:rPr>
          <w:b w:val="0"/>
          <w:i w:val="0"/>
        </w:rPr>
        <w:t>Фамилия И. О.</w:t>
      </w:r>
    </w:p>
    <w:p>
      <w:pPr>
        <w:spacing w:after="0" w:before="0"/>
        <w:ind w:left="4535"/>
        <w:jc w:val="left"/>
      </w:pPr>
    </w:p>
    <w:p>
      <w:pPr>
        <w:spacing w:after="0" w:before="0"/>
        <w:ind w:left="4535"/>
        <w:jc w:val="left"/>
      </w:pPr>
      <w:r>
        <w:rPr>
          <w:b w:val="0"/>
          <w:i w:val="0"/>
        </w:rPr>
        <w:t>Оценка: ____________</w:t>
      </w:r>
    </w:p>
    <w:p>
      <w:pPr>
        <w:spacing w:after="0" w:before="0"/>
        <w:ind w:left="4535"/>
        <w:jc w:val="left"/>
      </w:pPr>
      <w:r>
        <w:rPr>
          <w:b w:val="0"/>
          <w:i w:val="0"/>
        </w:rPr>
        <w:t>Дата: «__» ________ 2026 г.</w:t>
      </w:r>
    </w:p>
    <w:p>
      <w:pPr>
        <w:spacing w:after="0" w:before="0"/>
        <w:ind w:left="4535"/>
        <w:jc w:val="left"/>
      </w:pPr>
      <w:r>
        <w:rPr>
          <w:b w:val="0"/>
          <w:i w:val="0"/>
        </w:rPr>
        <w:t>_____________ (подпись)</w:t>
      </w:r>
    </w:p>
    <w:sectPr w:rsidR="00FC693F" w:rsidRPr="0006063C" w:rsidSect="00034616">
      <w:footerReference w:type="first" r:id="rId9"/>
      <w:pgSz w:w="11906" w:h="16838"/>
      <w:pgMar w:top="1134" w:right="850" w:bottom="1134" w:left="1701" w:header="720" w:footer="85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28"/>
      </w:rPr>
      <w:t>Город,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Титульный лист курсовой работы</dc:title>
  <dc:subject/>
  <dc:creator>SavePiner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