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Государственное бюджетное профессиональное</w:t>
      </w:r>
    </w:p>
    <w:p>
      <w:pPr>
        <w:spacing w:after="0" w:before="0"/>
        <w:jc w:val="center"/>
      </w:pPr>
      <w:r>
        <w:rPr>
          <w:b w:val="0"/>
          <w:i w:val="0"/>
        </w:rPr>
        <w:t>образовательное учреждение</w:t>
      </w:r>
    </w:p>
    <w:p>
      <w:pPr>
        <w:spacing w:after="0" w:before="0"/>
        <w:jc w:val="center"/>
      </w:pPr>
      <w:r>
        <w:rPr>
          <w:b w:val="0"/>
          <w:i w:val="0"/>
        </w:rPr>
        <w:t>«_______________ колледж»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КУРСОВАЯ РАБОТА</w:t>
      </w:r>
    </w:p>
    <w:p>
      <w:pPr>
        <w:spacing w:after="80" w:before="0"/>
        <w:jc w:val="center"/>
      </w:pPr>
      <w:r>
        <w:rPr>
          <w:b w:val="0"/>
          <w:i w:val="0"/>
        </w:rPr>
        <w:t>по МДК.__.__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профессионального модуля ПМ.__ «______________»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Специальность: 00.02.00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«______________________»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 студент(ка) группы 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Руководитель: преподаватель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Оценка: ____________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Дата защиты: «__» ________ 2026 г.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колледжа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