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ДОКЛАД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Подготовил(а):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Учитель: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доклад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