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 w:val="0"/>
          <w:i w:val="0"/>
        </w:rPr>
        <w:t>Государственное бюджетное профессиональное</w:t>
      </w:r>
    </w:p>
    <w:p>
      <w:pPr>
        <w:spacing w:after="0" w:before="0"/>
        <w:jc w:val="center"/>
      </w:pPr>
      <w:r>
        <w:rPr>
          <w:b w:val="0"/>
          <w:i w:val="0"/>
        </w:rPr>
        <w:t>образовательное учреждение</w:t>
      </w:r>
    </w:p>
    <w:p>
      <w:pPr>
        <w:spacing w:after="0" w:before="0"/>
        <w:jc w:val="center"/>
      </w:pPr>
      <w:r>
        <w:rPr>
          <w:b w:val="0"/>
          <w:i w:val="0"/>
        </w:rPr>
        <w:t>«_______________ колледж»</w:t>
      </w: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120" w:before="0"/>
        <w:jc w:val="center"/>
      </w:pPr>
      <w:r>
        <w:rPr>
          <w:b/>
          <w:i w:val="0"/>
          <w:sz w:val="32"/>
        </w:rPr>
        <w:t>ДОКЛАД</w:t>
      </w:r>
    </w:p>
    <w:p>
      <w:pPr>
        <w:spacing w:after="80" w:before="0"/>
        <w:jc w:val="center"/>
      </w:pPr>
      <w:r>
        <w:rPr>
          <w:b w:val="0"/>
          <w:i w:val="0"/>
        </w:rPr>
        <w:t>по дисциплине «______________________»</w:t>
      </w:r>
    </w:p>
    <w:p>
      <w:pPr>
        <w:spacing w:after="80" w:before="0"/>
        <w:jc w:val="center"/>
      </w:pPr>
      <w:r>
        <w:rPr>
          <w:b w:val="0"/>
          <w:i w:val="0"/>
        </w:rPr>
        <w:t>на тему: «_________________________________»</w:t>
      </w: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ind w:left="4535"/>
        <w:jc w:val="left"/>
      </w:pPr>
      <w:r>
        <w:rPr>
          <w:b w:val="0"/>
          <w:i w:val="0"/>
        </w:rPr>
        <w:t>Выполнил(а):</w:t>
      </w:r>
    </w:p>
    <w:p>
      <w:pPr>
        <w:spacing w:after="0" w:before="0"/>
        <w:ind w:left="4535"/>
        <w:jc w:val="left"/>
      </w:pPr>
      <w:r>
        <w:rPr>
          <w:b w:val="0"/>
          <w:i w:val="0"/>
        </w:rPr>
        <w:t>студент(ка) группы ____</w:t>
      </w:r>
    </w:p>
    <w:p>
      <w:pPr>
        <w:spacing w:after="0" w:before="0"/>
        <w:ind w:left="4535"/>
        <w:jc w:val="left"/>
      </w:pPr>
      <w:r>
        <w:rPr>
          <w:b w:val="0"/>
          <w:i w:val="0"/>
        </w:rPr>
        <w:t>Фамилия Имя Отчество</w:t>
      </w:r>
    </w:p>
    <w:p>
      <w:pPr>
        <w:spacing w:after="0" w:before="0"/>
        <w:ind w:left="4535"/>
        <w:jc w:val="left"/>
      </w:pPr>
    </w:p>
    <w:p>
      <w:pPr>
        <w:spacing w:after="0" w:before="0"/>
        <w:ind w:left="4535"/>
        <w:jc w:val="left"/>
      </w:pPr>
      <w:r>
        <w:rPr>
          <w:b w:val="0"/>
          <w:i w:val="0"/>
        </w:rPr>
        <w:t>Проверил(а):</w:t>
      </w:r>
    </w:p>
    <w:p>
      <w:pPr>
        <w:spacing w:after="0" w:before="0"/>
        <w:ind w:left="4535"/>
        <w:jc w:val="left"/>
      </w:pPr>
      <w:r>
        <w:rPr>
          <w:b w:val="0"/>
          <w:i w:val="0"/>
        </w:rPr>
        <w:t>преподаватель</w:t>
      </w:r>
    </w:p>
    <w:p>
      <w:pPr>
        <w:spacing w:after="0" w:before="0"/>
        <w:ind w:left="4535"/>
        <w:jc w:val="left"/>
      </w:pPr>
      <w:r>
        <w:rPr>
          <w:b w:val="0"/>
          <w:i w:val="0"/>
        </w:rPr>
        <w:t>Фамилия И. О.</w:t>
      </w:r>
    </w:p>
    <w:sectPr w:rsidR="00FC693F" w:rsidRPr="0006063C" w:rsidSect="00034616">
      <w:footerReference w:type="first" r:id="rId9"/>
      <w:pgSz w:w="11906" w:h="16838"/>
      <w:pgMar w:top="1134" w:right="850" w:bottom="1134" w:left="1701" w:header="720" w:footer="85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28"/>
      </w:rPr>
      <w:t>Город,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Титульный лист: доклад</dc:title>
  <dc:subject/>
  <dc:creator>SavePiner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