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7030A0"/>
          <w:sz w:val="40"/>
        </w:rPr>
        <w:t>Мои достижения</w:t>
      </w:r>
    </w:p>
    <w:p>
      <w:pPr>
        <w:spacing w:after="160" w:before="0"/>
        <w:jc w:val="center"/>
      </w:pPr>
      <w:r>
        <w:rPr>
          <w:b w:val="0"/>
          <w:i w:val="0"/>
          <w:sz w:val="22"/>
        </w:rPr>
        <w:t>Фамилия, имя: ______________________________   Класс: ____   Учебный год: 20__/20__</w:t>
      </w:r>
    </w:p>
    <w:p>
      <w:pPr>
        <w:spacing w:after="60" w:before="120"/>
        <w:jc w:val="left"/>
      </w:pPr>
      <w:r>
        <w:rPr>
          <w:b/>
          <w:i w:val="0"/>
          <w:color w:val="7030A0"/>
          <w:sz w:val="25"/>
        </w:rPr>
        <w:t>Конкурсы и олимпиады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247"/>
        <w:gridCol w:w="3742"/>
        <w:gridCol w:w="1701"/>
        <w:gridCol w:w="1814"/>
        <w:gridCol w:w="1474"/>
      </w:tblGrid>
      <w:tr>
        <w:tc>
          <w:tcPr>
            <w:tcW w:type="dxa" w:w="567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1247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Дата</w:t>
            </w:r>
          </w:p>
        </w:tc>
        <w:tc>
          <w:tcPr>
            <w:tcW w:type="dxa" w:w="3742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Мероприятие (название полностью)</w:t>
            </w:r>
          </w:p>
        </w:tc>
        <w:tc>
          <w:tcPr>
            <w:tcW w:type="dxa" w:w="1701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Уровень</w:t>
            </w:r>
          </w:p>
        </w:tc>
        <w:tc>
          <w:tcPr>
            <w:tcW w:type="dxa" w:w="1814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Результат</w:t>
            </w:r>
          </w:p>
        </w:tc>
        <w:tc>
          <w:tcPr>
            <w:tcW w:type="dxa" w:w="1474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Документ</w:t>
            </w:r>
          </w:p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</w:tbl>
    <w:p>
      <w:pPr>
        <w:spacing w:after="60" w:before="120"/>
        <w:jc w:val="left"/>
      </w:pPr>
      <w:r>
        <w:rPr>
          <w:b/>
          <w:i w:val="0"/>
          <w:color w:val="7030A0"/>
          <w:sz w:val="25"/>
        </w:rPr>
        <w:t>Спорт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247"/>
        <w:gridCol w:w="3742"/>
        <w:gridCol w:w="1701"/>
        <w:gridCol w:w="1814"/>
        <w:gridCol w:w="1474"/>
      </w:tblGrid>
      <w:tr>
        <w:tc>
          <w:tcPr>
            <w:tcW w:type="dxa" w:w="567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1247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Дата</w:t>
            </w:r>
          </w:p>
        </w:tc>
        <w:tc>
          <w:tcPr>
            <w:tcW w:type="dxa" w:w="3742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Мероприятие (название полностью)</w:t>
            </w:r>
          </w:p>
        </w:tc>
        <w:tc>
          <w:tcPr>
            <w:tcW w:type="dxa" w:w="1701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Уровень</w:t>
            </w:r>
          </w:p>
        </w:tc>
        <w:tc>
          <w:tcPr>
            <w:tcW w:type="dxa" w:w="1814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Результат</w:t>
            </w:r>
          </w:p>
        </w:tc>
        <w:tc>
          <w:tcPr>
            <w:tcW w:type="dxa" w:w="1474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Документ</w:t>
            </w:r>
          </w:p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</w:tbl>
    <w:p>
      <w:pPr>
        <w:spacing w:after="60" w:before="120"/>
        <w:jc w:val="left"/>
      </w:pPr>
      <w:r>
        <w:rPr>
          <w:b/>
          <w:i w:val="0"/>
          <w:color w:val="7030A0"/>
          <w:sz w:val="25"/>
        </w:rPr>
        <w:t>Творчество и кружки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247"/>
        <w:gridCol w:w="3742"/>
        <w:gridCol w:w="1701"/>
        <w:gridCol w:w="1814"/>
        <w:gridCol w:w="1474"/>
      </w:tblGrid>
      <w:tr>
        <w:tc>
          <w:tcPr>
            <w:tcW w:type="dxa" w:w="567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1247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Дата</w:t>
            </w:r>
          </w:p>
        </w:tc>
        <w:tc>
          <w:tcPr>
            <w:tcW w:type="dxa" w:w="3742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Мероприятие (название полностью)</w:t>
            </w:r>
          </w:p>
        </w:tc>
        <w:tc>
          <w:tcPr>
            <w:tcW w:type="dxa" w:w="1701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Уровень</w:t>
            </w:r>
          </w:p>
        </w:tc>
        <w:tc>
          <w:tcPr>
            <w:tcW w:type="dxa" w:w="1814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Результат</w:t>
            </w:r>
          </w:p>
        </w:tc>
        <w:tc>
          <w:tcPr>
            <w:tcW w:type="dxa" w:w="1474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Документ</w:t>
            </w:r>
          </w:p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</w:tbl>
    <w:p>
      <w:pPr>
        <w:spacing w:after="60" w:before="120"/>
        <w:jc w:val="left"/>
      </w:pPr>
      <w:r>
        <w:rPr>
          <w:b/>
          <w:i w:val="0"/>
          <w:color w:val="7030A0"/>
          <w:sz w:val="25"/>
        </w:rPr>
        <w:t>Помощь и общие дела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247"/>
        <w:gridCol w:w="3742"/>
        <w:gridCol w:w="1701"/>
        <w:gridCol w:w="1814"/>
        <w:gridCol w:w="1474"/>
      </w:tblGrid>
      <w:tr>
        <w:tc>
          <w:tcPr>
            <w:tcW w:type="dxa" w:w="567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1247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Дата</w:t>
            </w:r>
          </w:p>
        </w:tc>
        <w:tc>
          <w:tcPr>
            <w:tcW w:type="dxa" w:w="3742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Мероприятие (название полностью)</w:t>
            </w:r>
          </w:p>
        </w:tc>
        <w:tc>
          <w:tcPr>
            <w:tcW w:type="dxa" w:w="1701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Уровень</w:t>
            </w:r>
          </w:p>
        </w:tc>
        <w:tc>
          <w:tcPr>
            <w:tcW w:type="dxa" w:w="1814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Результат</w:t>
            </w:r>
          </w:p>
        </w:tc>
        <w:tc>
          <w:tcPr>
            <w:tcW w:type="dxa" w:w="1474"/>
            <w:vAlign w:val="center"/>
            <w:shd w:val="clear" w:color="auto" w:fill="E4D7F5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Документ</w:t>
            </w:r>
          </w:p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  <w:tr>
        <w:trPr>
          <w:trHeight w:val="510" w:hRule="exact"/>
        </w:trPr>
        <w:tc>
          <w:tcPr>
            <w:tcW w:type="dxa" w:w="567"/>
          </w:tcPr>
          <w:p/>
        </w:tc>
        <w:tc>
          <w:tcPr>
            <w:tcW w:type="dxa" w:w="1247"/>
          </w:tcPr>
          <w:p/>
        </w:tc>
        <w:tc>
          <w:tcPr>
            <w:tcW w:type="dxa" w:w="3742"/>
          </w:tcPr>
          <w:p/>
        </w:tc>
        <w:tc>
          <w:tcPr>
            <w:tcW w:type="dxa" w:w="170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</w:tr>
    </w:tbl>
    <w:p>
      <w:pPr>
        <w:spacing w:after="0" w:before="120"/>
        <w:jc w:val="left"/>
      </w:pPr>
      <w:r>
        <w:rPr>
          <w:b w:val="0"/>
          <w:i/>
          <w:color w:val="595959"/>
          <w:sz w:val="18"/>
        </w:rPr>
        <w:t>Уровень: класс, школа, город, область, страна. Результат: участник, призёр, победитель. Документ: грамота, диплом, сертификат, благодарность (копию вложить в папку).</w:t>
      </w:r>
    </w:p>
    <w:sectPr w:rsidR="00FC693F" w:rsidRPr="0006063C" w:rsidSect="00034616">
      <w:pgSz w:w="11906" w:h="16838"/>
      <w:pgMar w:top="850" w:right="68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Мои достижения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