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86"/>
        <w:gridCol w:w="5386"/>
      </w:tblGrid>
      <w:tr>
        <w:trPr>
          <w:trHeight w:val="3855" w:hRule="exact"/>
        </w:trPr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</w:tr>
      <w:tr>
        <w:trPr>
          <w:trHeight w:val="3855" w:hRule="exact"/>
        </w:trPr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</w:tr>
      <w:tr>
        <w:trPr>
          <w:trHeight w:val="3855" w:hRule="exact"/>
        </w:trPr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</w:tr>
      <w:tr>
        <w:trPr>
          <w:trHeight w:val="3855" w:hRule="exact"/>
        </w:trPr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  <w:tc>
          <w:tcPr>
            <w:tcW w:type="dxa" w:w="5386"/>
            <w:tcBorders>
              <w:top w:val="dashed" w:sz="6" w:color="A6A6A6"/>
              <w:left w:val="dashed" w:sz="6" w:color="A6A6A6"/>
              <w:bottom w:val="dashed" w:sz="6" w:color="A6A6A6"/>
              <w:right w:val="dashed" w:sz="6" w:color="A6A6A6"/>
            </w:tcBorders>
            <w:vAlign w:val="center"/>
          </w:tcPr>
          <w:p>
            <w:pPr>
              <w:spacing w:after="60"/>
              <w:jc w:val="center"/>
            </w:pPr>
            <w:r/>
            <w:r>
              <w:rPr>
                <w:b/>
                <w:sz w:val="26"/>
              </w:rPr>
              <w:t>Уважаемые родители!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Приглашаем вас на родительское собрание</w:t>
            </w:r>
          </w:p>
          <w:p>
            <w:pPr>
              <w:spacing w:after="60"/>
              <w:jc w:val="center"/>
            </w:pPr>
            <w:r>
              <w:rPr>
                <w:b/>
                <w:sz w:val="22"/>
              </w:rPr>
              <w:t>«__» ________   в __ : 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1"/>
              </w:rPr>
              <w:t>кабинет № 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Тема: 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20"/>
              </w:rPr>
              <w:t>______________________________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Классный руководитель ______________</w:t>
            </w:r>
          </w:p>
          <w:p>
            <w:pPr>
              <w:spacing w:after="60"/>
              <w:jc w:val="center"/>
            </w:pPr>
            <w:r>
              <w:rPr>
                <w:b w:val="0"/>
                <w:sz w:val="19"/>
              </w:rPr>
              <w:t>Ознакомлен(а): ________ (подпись)</w:t>
            </w:r>
          </w:p>
        </w:tc>
      </w:tr>
    </w:tbl>
    <w:sectPr w:rsidR="00FC693F" w:rsidRPr="0006063C" w:rsidSect="00034616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собрание в дневник, 8 на листе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