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00" w:before="0"/>
        <w:jc w:val="center"/>
      </w:pPr>
      <w:r>
        <w:rPr>
          <w:b/>
          <w:i w:val="0"/>
          <w:color w:val="1F4E79"/>
          <w:sz w:val="60"/>
        </w:rPr>
        <w:t>Уважаемые родители!</w:t>
      </w:r>
    </w:p>
    <w:p>
      <w:pPr>
        <w:spacing w:after="280" w:before="0"/>
        <w:jc w:val="center"/>
      </w:pPr>
      <w:r>
        <w:rPr>
          <w:b w:val="0"/>
          <w:i w:val="0"/>
          <w:sz w:val="32"/>
        </w:rPr>
        <w:t>Приглашаем вас на родительское собрание ____ «__» класса</w:t>
      </w:r>
    </w:p>
    <w:p>
      <w:pPr>
        <w:spacing w:after="120" w:before="0"/>
        <w:jc w:val="center"/>
      </w:pPr>
      <w:r>
        <w:rPr>
          <w:b/>
          <w:sz w:val="36"/>
        </w:rPr>
        <w:t xml:space="preserve">Дата: </w:t>
      </w:r>
      <w:r>
        <w:rPr>
          <w:sz w:val="36"/>
        </w:rPr>
        <w:t>«__» ________ 2026 г.</w:t>
      </w:r>
    </w:p>
    <w:p>
      <w:pPr>
        <w:spacing w:after="120" w:before="0"/>
        <w:jc w:val="center"/>
      </w:pPr>
      <w:r>
        <w:rPr>
          <w:b/>
          <w:sz w:val="36"/>
        </w:rPr>
        <w:t xml:space="preserve">Время: </w:t>
      </w:r>
      <w:r>
        <w:rPr>
          <w:sz w:val="36"/>
        </w:rPr>
        <w:t>__ : __</w:t>
      </w:r>
    </w:p>
    <w:p>
      <w:pPr>
        <w:spacing w:after="120" w:before="0"/>
        <w:jc w:val="center"/>
      </w:pPr>
      <w:r>
        <w:rPr>
          <w:b/>
          <w:sz w:val="36"/>
        </w:rPr>
        <w:t xml:space="preserve">Место: </w:t>
      </w:r>
      <w:r>
        <w:rPr>
          <w:sz w:val="36"/>
        </w:rPr>
        <w:t>кабинет № ___</w:t>
      </w:r>
    </w:p>
    <w:p>
      <w:pPr>
        <w:spacing w:after="120" w:before="280"/>
        <w:ind w:left="567"/>
        <w:jc w:val="left"/>
      </w:pPr>
      <w:r>
        <w:rPr>
          <w:b/>
          <w:i w:val="0"/>
          <w:sz w:val="30"/>
        </w:rPr>
        <w:t>Повестка:</w:t>
      </w:r>
    </w:p>
    <w:p>
      <w:pPr>
        <w:spacing w:after="160" w:before="0"/>
        <w:ind w:left="567"/>
        <w:jc w:val="left"/>
      </w:pPr>
      <w:r>
        <w:rPr>
          <w:b w:val="0"/>
          <w:i w:val="0"/>
          <w:sz w:val="28"/>
        </w:rPr>
        <w:t>1. _______________________________________________</w:t>
      </w:r>
    </w:p>
    <w:p>
      <w:pPr>
        <w:spacing w:after="160" w:before="0"/>
        <w:ind w:left="567"/>
        <w:jc w:val="left"/>
      </w:pPr>
      <w:r>
        <w:rPr>
          <w:b w:val="0"/>
          <w:i w:val="0"/>
          <w:sz w:val="28"/>
        </w:rPr>
        <w:t>2. _______________________________________________</w:t>
      </w:r>
    </w:p>
    <w:p>
      <w:pPr>
        <w:spacing w:after="160" w:before="0"/>
        <w:ind w:left="567"/>
        <w:jc w:val="left"/>
      </w:pPr>
      <w:r>
        <w:rPr>
          <w:b w:val="0"/>
          <w:i w:val="0"/>
          <w:sz w:val="28"/>
        </w:rPr>
        <w:t>3. _______________________________________________</w:t>
      </w:r>
    </w:p>
    <w:p>
      <w:pPr>
        <w:spacing w:after="160" w:before="0"/>
        <w:ind w:left="567"/>
        <w:jc w:val="left"/>
      </w:pPr>
      <w:r>
        <w:rPr>
          <w:b w:val="0"/>
          <w:i w:val="0"/>
          <w:sz w:val="28"/>
        </w:rPr>
        <w:t>4. _______________________________________________</w:t>
      </w:r>
    </w:p>
    <w:p>
      <w:pPr>
        <w:spacing w:after="0" w:before="320"/>
        <w:jc w:val="center"/>
      </w:pPr>
      <w:r>
        <w:rPr>
          <w:b w:val="0"/>
          <w:i/>
          <w:color w:val="595959"/>
          <w:sz w:val="26"/>
        </w:rPr>
        <w:t>Явка обязательна. Если не можете прийти, сообщите классному руководителю заранее.</w:t>
      </w:r>
    </w:p>
    <w:p>
      <w:pPr>
        <w:spacing w:after="0" w:before="480"/>
        <w:jc w:val="center"/>
      </w:pPr>
      <w:r>
        <w:rPr>
          <w:b w:val="0"/>
          <w:i w:val="0"/>
          <w:sz w:val="26"/>
        </w:rPr>
        <w:t>Классный руководитель: ________________   тел. ________________</w:t>
      </w:r>
    </w:p>
    <w:sectPr w:rsidR="00FC693F" w:rsidRPr="0006063C" w:rsidSect="00034616">
      <w:pgSz w:w="11906" w:h="16838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240" w:lineRule="auto"/>
    </w:pPr>
    <w:rPr>
      <w:rFonts w:ascii="Arial" w:hAnsi="Arial" w:eastAsia="Arial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Объявление о родительском собрании класса</dc:title>
  <dc:subject/>
  <dc:creator>SavePiner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