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  <w:jc w:val="center"/>
      </w:pPr>
      <w:r>
        <w:rPr>
          <w:b/>
          <w:i w:val="0"/>
          <w:color w:val="1F4E79"/>
          <w:sz w:val="56"/>
        </w:rPr>
        <w:t>Уважаемые родители!</w:t>
      </w:r>
    </w:p>
    <w:p>
      <w:pPr>
        <w:spacing w:after="280" w:before="0"/>
        <w:jc w:val="center"/>
      </w:pPr>
      <w:r>
        <w:rPr>
          <w:b w:val="0"/>
          <w:i w:val="0"/>
          <w:sz w:val="32"/>
        </w:rPr>
        <w:t>Приглашаем вас на общешкольное родительское собрание</w:t>
      </w:r>
    </w:p>
    <w:p>
      <w:pPr>
        <w:spacing w:after="120" w:before="0"/>
        <w:jc w:val="center"/>
      </w:pPr>
      <w:r>
        <w:rPr>
          <w:b/>
          <w:sz w:val="36"/>
        </w:rPr>
        <w:t xml:space="preserve">Дата: </w:t>
      </w:r>
      <w:r>
        <w:rPr>
          <w:sz w:val="36"/>
        </w:rPr>
        <w:t>«__» ________ 2026 г.</w:t>
      </w:r>
    </w:p>
    <w:p>
      <w:pPr>
        <w:spacing w:after="120" w:before="0"/>
        <w:jc w:val="center"/>
      </w:pPr>
      <w:r>
        <w:rPr>
          <w:b/>
          <w:sz w:val="36"/>
        </w:rPr>
        <w:t xml:space="preserve">Время: </w:t>
      </w:r>
      <w:r>
        <w:rPr>
          <w:sz w:val="36"/>
        </w:rPr>
        <w:t>__ : __</w:t>
      </w:r>
    </w:p>
    <w:p>
      <w:pPr>
        <w:spacing w:after="120" w:before="0"/>
        <w:jc w:val="center"/>
      </w:pPr>
      <w:r>
        <w:rPr>
          <w:b/>
          <w:sz w:val="36"/>
        </w:rPr>
        <w:t xml:space="preserve">Место: </w:t>
      </w:r>
      <w:r>
        <w:rPr>
          <w:sz w:val="36"/>
        </w:rPr>
        <w:t>кабинет № ___</w:t>
      </w:r>
    </w:p>
    <w:p>
      <w:pPr>
        <w:spacing w:after="120" w:before="280"/>
        <w:ind w:left="567"/>
        <w:jc w:val="left"/>
      </w:pPr>
      <w:r>
        <w:rPr>
          <w:b/>
          <w:i w:val="0"/>
          <w:sz w:val="30"/>
        </w:rPr>
        <w:t>Повестка:</w:t>
      </w:r>
    </w:p>
    <w:p>
      <w:pPr>
        <w:spacing w:after="160" w:before="0"/>
        <w:ind w:left="567"/>
        <w:jc w:val="left"/>
      </w:pPr>
      <w:r>
        <w:rPr>
          <w:b w:val="0"/>
          <w:i w:val="0"/>
          <w:sz w:val="28"/>
        </w:rPr>
        <w:t>1. _______________________________________________</w:t>
      </w:r>
    </w:p>
    <w:p>
      <w:pPr>
        <w:spacing w:after="160" w:before="0"/>
        <w:ind w:left="567"/>
        <w:jc w:val="left"/>
      </w:pPr>
      <w:r>
        <w:rPr>
          <w:b w:val="0"/>
          <w:i w:val="0"/>
          <w:sz w:val="28"/>
        </w:rPr>
        <w:t>2. _______________________________________________</w:t>
      </w:r>
    </w:p>
    <w:p>
      <w:pPr>
        <w:spacing w:after="160" w:before="0"/>
        <w:ind w:left="567"/>
        <w:jc w:val="left"/>
      </w:pPr>
      <w:r>
        <w:rPr>
          <w:b w:val="0"/>
          <w:i w:val="0"/>
          <w:sz w:val="28"/>
        </w:rPr>
        <w:t>3. _______________________________________________</w:t>
      </w:r>
    </w:p>
    <w:p>
      <w:pPr>
        <w:spacing w:after="160" w:before="0"/>
        <w:ind w:left="567"/>
        <w:jc w:val="left"/>
      </w:pPr>
      <w:r>
        <w:rPr>
          <w:b w:val="0"/>
          <w:i w:val="0"/>
          <w:sz w:val="28"/>
        </w:rPr>
        <w:t>4. _______________________________________________</w:t>
      </w:r>
    </w:p>
    <w:p>
      <w:pPr>
        <w:spacing w:after="0" w:before="320"/>
        <w:jc w:val="center"/>
      </w:pPr>
      <w:r>
        <w:rPr>
          <w:b w:val="0"/>
          <w:i/>
          <w:color w:val="595959"/>
          <w:sz w:val="26"/>
        </w:rPr>
        <w:t>Выступают: директор школы, заместитель директора, социальный педагог, приглашённые специалисты.</w:t>
      </w:r>
    </w:p>
    <w:p>
      <w:pPr>
        <w:spacing w:after="0" w:before="480"/>
        <w:jc w:val="center"/>
      </w:pPr>
      <w:r>
        <w:rPr>
          <w:b w:val="0"/>
          <w:i w:val="0"/>
          <w:sz w:val="26"/>
        </w:rPr>
        <w:t>Администрация школы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об общешкольном родительском собрании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