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22"/>
        <w:gridCol w:w="1701"/>
        <w:gridCol w:w="2268"/>
        <w:gridCol w:w="1814"/>
      </w:tblGrid>
      <w:tr>
        <w:trPr>
          <w:trHeight w:val="567" w:hRule="exact"/>
        </w:trPr>
        <w:tc>
          <w:tcPr>
            <w:tcW w:type="dxa" w:w="4422"/>
            <w:vAlign w:val="center"/>
          </w:tcPr>
          <w:p>
            <w:pPr>
              <w:jc w:val="left"/>
            </w:pPr>
            <w:r/>
            <w:r>
              <w:rPr>
                <w:b/>
                <w:sz w:val="21"/>
              </w:rPr>
              <w:t>Самостоятельная работа по ____________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Вариант ___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Дата ________</w:t>
            </w:r>
          </w:p>
        </w:tc>
        <w:tc>
          <w:tcPr>
            <w:tcW w:type="dxa" w:w="1814"/>
            <w:vMerge w:val="restart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b/>
                <w:sz w:val="21"/>
              </w:rPr>
              <w:t>Оценка</w:t>
            </w:r>
          </w:p>
          <w:p>
            <w:pPr>
              <w:jc w:val="center"/>
            </w:pPr>
            <w:r/>
            <w:r>
              <w:rPr>
                <w:b w:val="0"/>
                <w:sz w:val="21"/>
              </w:rPr>
            </w:r>
          </w:p>
        </w:tc>
      </w:tr>
      <w:tr>
        <w:trPr>
          <w:trHeight w:val="567" w:hRule="exact"/>
        </w:trPr>
        <w:tc>
          <w:tcPr>
            <w:tcW w:type="dxa" w:w="4422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Фамилия, имя ______________________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Класс ______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Тема: _____________</w:t>
            </w:r>
          </w:p>
        </w:tc>
        <w:tc>
          <w:tcPr>
            <w:tcW w:type="dxa" w:w="2551"/>
            <w:vMerge/>
            <w:vAlign w:val="center"/>
          </w:tcPr>
          <w:p/>
        </w:tc>
      </w:tr>
    </w:tbl>
    <w:p>
      <w:pPr>
        <w:spacing w:after="60" w:before="0"/>
        <w:jc w:val="center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</w:tbl>
    <w:p>
      <w:pPr>
        <w:spacing w:after="160" w:before="160"/>
        <w:jc w:val="center"/>
      </w:pPr>
      <w:r>
        <w:rPr>
          <w:b w:val="0"/>
          <w:i w:val="0"/>
          <w:color w:val="999999"/>
          <w:sz w:val="16"/>
        </w:rPr>
        <w:t>- - - - - - - - - - - - - - - - - - - - - - - - - - - - - -  линия отреза  - - - - - - - - - - - - - - - - - - - - - - - - - - - - - -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22"/>
        <w:gridCol w:w="1701"/>
        <w:gridCol w:w="2268"/>
        <w:gridCol w:w="1814"/>
      </w:tblGrid>
      <w:tr>
        <w:trPr>
          <w:trHeight w:val="567" w:hRule="exact"/>
        </w:trPr>
        <w:tc>
          <w:tcPr>
            <w:tcW w:type="dxa" w:w="4422"/>
            <w:vAlign w:val="center"/>
          </w:tcPr>
          <w:p>
            <w:pPr>
              <w:jc w:val="left"/>
            </w:pPr>
            <w:r/>
            <w:r>
              <w:rPr>
                <w:b/>
                <w:sz w:val="21"/>
              </w:rPr>
              <w:t>Самостоятельная работа по ____________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Вариант ___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Дата ________</w:t>
            </w:r>
          </w:p>
        </w:tc>
        <w:tc>
          <w:tcPr>
            <w:tcW w:type="dxa" w:w="1814"/>
            <w:vMerge w:val="restart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b/>
                <w:sz w:val="21"/>
              </w:rPr>
              <w:t>Оценка</w:t>
            </w:r>
          </w:p>
          <w:p>
            <w:pPr>
              <w:jc w:val="center"/>
            </w:pPr>
            <w:r/>
            <w:r>
              <w:rPr>
                <w:b w:val="0"/>
                <w:sz w:val="21"/>
              </w:rPr>
            </w:r>
          </w:p>
        </w:tc>
      </w:tr>
      <w:tr>
        <w:trPr>
          <w:trHeight w:val="567" w:hRule="exact"/>
        </w:trPr>
        <w:tc>
          <w:tcPr>
            <w:tcW w:type="dxa" w:w="4422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Фамилия, имя ______________________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Класс ______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Тема: _____________</w:t>
            </w:r>
          </w:p>
        </w:tc>
        <w:tc>
          <w:tcPr>
            <w:tcW w:type="dxa" w:w="2551"/>
            <w:vMerge/>
            <w:vAlign w:val="center"/>
          </w:tcPr>
          <w:p/>
        </w:tc>
      </w:tr>
    </w:tbl>
    <w:p>
      <w:pPr>
        <w:spacing w:after="60" w:before="0"/>
        <w:jc w:val="center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  <w:tr>
        <w:trPr>
          <w:trHeight w:val="453" w:hRule="exact"/>
        </w:trPr>
        <w:tc>
          <w:tcPr>
            <w:tcW w:type="dxa" w:w="10205"/>
            <w:tcBorders>
              <w:bottom w:val="single" w:sz="4" w:color="9DC3E6"/>
            </w:tcBorders>
          </w:tcPr>
          <w:p/>
        </w:tc>
      </w:tr>
    </w:tbl>
    <w:sectPr w:rsidR="00FC693F" w:rsidRPr="0006063C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самостоятельной работы, 2 на листе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