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Муниципальное бюджетное общеобразовательное учреждение</w:t>
      </w:r>
    </w:p>
    <w:p>
      <w:pPr>
        <w:spacing w:after="0" w:before="0"/>
        <w:jc w:val="center"/>
      </w:pPr>
      <w:r>
        <w:rPr>
          <w:b w:val="0"/>
          <w:i w:val="0"/>
        </w:rPr>
        <w:t>«Средняя общеобразовательная школа № 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i w:val="0"/>
          <w:sz w:val="32"/>
        </w:rPr>
        <w:t>РЕФЕРАТ</w:t>
      </w:r>
    </w:p>
    <w:p>
      <w:pPr>
        <w:spacing w:after="80" w:before="0"/>
        <w:jc w:val="center"/>
      </w:pPr>
      <w:r>
        <w:rPr>
          <w:b w:val="0"/>
          <w:i w:val="0"/>
        </w:rPr>
        <w:t>по предмету «______________________»</w:t>
      </w:r>
    </w:p>
    <w:p>
      <w:pPr>
        <w:spacing w:after="80" w:before="0"/>
        <w:jc w:val="center"/>
      </w:pPr>
      <w:r>
        <w:rPr>
          <w:b w:val="0"/>
          <w:i w:val="0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Выполнил(а):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ученик(ца) __ «__» класса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Имя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Руководитель: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учитель ___________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И. О.</w:t>
      </w:r>
    </w:p>
    <w:p>
      <w:r>
        <w:br w:type="page"/>
      </w:r>
    </w:p>
    <w:p>
      <w:pPr>
        <w:spacing w:after="240" w:before="0"/>
        <w:jc w:val="center"/>
      </w:pPr>
      <w:r>
        <w:rPr>
          <w:b/>
          <w:i w:val="0"/>
        </w:rPr>
        <w:t>СОДЕРЖАНИЕ</w:t>
      </w:r>
    </w:p>
    <w:p>
      <w:pPr>
        <w:tabs>
          <w:tab w:pos="9354" w:val="right" w:leader="dot"/>
        </w:tabs>
        <w:spacing w:line="360" w:lineRule="auto"/>
        <w:ind w:left="0"/>
      </w:pPr>
      <w:r>
        <w:fldChar w:fldCharType="begin"/>
        <w:instrText xml:space="preserve">TOC \o "1-2" \h \z \u</w:instrText>
        <w:fldChar w:fldCharType="separate"/>
      </w:r>
      <w:r>
        <w:t>Введение</w:t>
        <w:tab/>
        <w:t>3</w:t>
      </w:r>
    </w:p>
    <w:p>
      <w:pPr>
        <w:tabs>
          <w:tab w:pos="9354" w:val="right" w:leader="dot"/>
        </w:tabs>
        <w:spacing w:line="360" w:lineRule="auto"/>
        <w:ind w:left="0"/>
      </w:pPr>
      <w:r>
        <w:t>1 Название первой главы</w:t>
        <w:tab/>
        <w:t>4</w:t>
      </w:r>
    </w:p>
    <w:p>
      <w:pPr>
        <w:tabs>
          <w:tab w:pos="9354" w:val="right" w:leader="dot"/>
        </w:tabs>
        <w:spacing w:line="360" w:lineRule="auto"/>
        <w:ind w:left="340"/>
      </w:pPr>
      <w:r>
        <w:t>1.1 Название первого параграфа</w:t>
        <w:tab/>
        <w:t>4</w:t>
      </w:r>
    </w:p>
    <w:p>
      <w:pPr>
        <w:tabs>
          <w:tab w:pos="9354" w:val="right" w:leader="dot"/>
        </w:tabs>
        <w:spacing w:line="360" w:lineRule="auto"/>
        <w:ind w:left="340"/>
      </w:pPr>
      <w:r>
        <w:t>1.2 Название второго параграфа</w:t>
        <w:tab/>
        <w:t>6</w:t>
      </w:r>
    </w:p>
    <w:p>
      <w:pPr>
        <w:tabs>
          <w:tab w:pos="9354" w:val="right" w:leader="dot"/>
        </w:tabs>
        <w:spacing w:line="360" w:lineRule="auto"/>
        <w:ind w:left="0"/>
      </w:pPr>
      <w:r>
        <w:t>2 Название второй главы</w:t>
        <w:tab/>
        <w:t>8</w:t>
      </w:r>
    </w:p>
    <w:p>
      <w:pPr>
        <w:tabs>
          <w:tab w:pos="9354" w:val="right" w:leader="dot"/>
        </w:tabs>
        <w:spacing w:line="360" w:lineRule="auto"/>
        <w:ind w:left="340"/>
      </w:pPr>
      <w:r>
        <w:t>2.1 Название первого параграфа</w:t>
        <w:tab/>
        <w:t>8</w:t>
      </w:r>
    </w:p>
    <w:p>
      <w:pPr>
        <w:tabs>
          <w:tab w:pos="9354" w:val="right" w:leader="dot"/>
        </w:tabs>
        <w:spacing w:line="360" w:lineRule="auto"/>
        <w:ind w:left="340"/>
      </w:pPr>
      <w:r>
        <w:t>2.2 Название второго параграфа</w:t>
        <w:tab/>
        <w:t>10</w:t>
      </w:r>
    </w:p>
    <w:p>
      <w:pPr>
        <w:tabs>
          <w:tab w:pos="9354" w:val="right" w:leader="dot"/>
        </w:tabs>
        <w:spacing w:line="360" w:lineRule="auto"/>
        <w:ind w:left="0"/>
      </w:pPr>
      <w:r>
        <w:t>Заключение</w:t>
        <w:tab/>
        <w:t>12</w:t>
      </w:r>
    </w:p>
    <w:p>
      <w:pPr>
        <w:tabs>
          <w:tab w:pos="9354" w:val="right" w:leader="dot"/>
        </w:tabs>
        <w:spacing w:line="360" w:lineRule="auto"/>
        <w:ind w:left="0"/>
      </w:pPr>
      <w:r>
        <w:t>Список использованных источников</w:t>
        <w:tab/>
        <w:t>13</w:t>
      </w:r>
      <w:r>
        <w:fldChar w:fldCharType="end"/>
      </w:r>
    </w:p>
    <w:p>
      <w:r>
        <w:br w:type="page"/>
      </w:r>
    </w:p>
    <w:p>
      <w:pPr>
        <w:pStyle w:val="Heading1"/>
        <w:jc w:val="center"/>
      </w:pPr>
      <w:r>
        <w:t>ВВЕДЕНИЕ</w:t>
      </w:r>
    </w:p>
    <w:p>
      <w:pPr>
        <w:spacing w:line="360" w:lineRule="auto"/>
        <w:ind w:firstLine="709"/>
        <w:jc w:val="both"/>
      </w:pPr>
      <w:r>
        <w:t>Почему выбрана тема и чем она важна. Цель работы одним предложением. Задачи: три-четыре шага к цели.</w:t>
      </w:r>
    </w:p>
    <w:p>
      <w:r>
        <w:br w:type="page"/>
      </w:r>
    </w:p>
    <w:p>
      <w:pPr>
        <w:pStyle w:val="Heading1"/>
        <w:jc w:val="left"/>
      </w:pPr>
      <w:r>
        <w:t>1 Название первой главы</w:t>
      </w:r>
    </w:p>
    <w:p>
      <w:pPr>
        <w:spacing w:line="360" w:lineRule="auto"/>
        <w:ind w:firstLine="709"/>
        <w:jc w:val="both"/>
      </w:pPr>
      <w:r>
        <w:t>Первая глава отвечает на первую задачу из введения.</w:t>
      </w:r>
    </w:p>
    <w:p>
      <w:pPr>
        <w:pStyle w:val="Heading2"/>
        <w:jc w:val="left"/>
      </w:pPr>
      <w:r>
        <w:t>1.1 Название первого параграфа</w:t>
      </w:r>
    </w:p>
    <w:p>
      <w:pPr>
        <w:spacing w:line="360" w:lineRule="auto"/>
        <w:ind w:firstLine="709"/>
        <w:jc w:val="both"/>
      </w:pPr>
      <w:r>
        <w:t>Текст параграфа. Ссылки на источники в квадратных скобках: [1, с. 25].</w:t>
      </w:r>
    </w:p>
    <w:p>
      <w:pPr>
        <w:pStyle w:val="Heading2"/>
        <w:jc w:val="left"/>
      </w:pPr>
      <w:r>
        <w:t>1.2 Название второго параграфа</w:t>
      </w:r>
    </w:p>
    <w:p>
      <w:pPr>
        <w:spacing w:line="360" w:lineRule="auto"/>
        <w:ind w:firstLine="709"/>
        <w:jc w:val="both"/>
      </w:pPr>
      <w:r>
        <w:t>Текст параграфа.</w:t>
      </w:r>
    </w:p>
    <w:p>
      <w:r>
        <w:br w:type="page"/>
      </w:r>
    </w:p>
    <w:p>
      <w:pPr>
        <w:pStyle w:val="Heading1"/>
        <w:jc w:val="left"/>
      </w:pPr>
      <w:r>
        <w:t>2 Название второй главы</w:t>
      </w:r>
    </w:p>
    <w:p>
      <w:pPr>
        <w:spacing w:line="360" w:lineRule="auto"/>
        <w:ind w:firstLine="709"/>
        <w:jc w:val="both"/>
      </w:pPr>
      <w:r>
        <w:t>Вторая глава: сравнение, анализ или собственное наблюдение.</w:t>
      </w:r>
    </w:p>
    <w:p>
      <w:pPr>
        <w:pStyle w:val="Heading2"/>
        <w:jc w:val="left"/>
      </w:pPr>
      <w:r>
        <w:t>2.1 Название первого параграфа</w:t>
      </w:r>
    </w:p>
    <w:p>
      <w:pPr>
        <w:spacing w:line="360" w:lineRule="auto"/>
        <w:ind w:firstLine="709"/>
        <w:jc w:val="both"/>
      </w:pPr>
      <w:r>
        <w:t>Текст параграфа.</w:t>
      </w:r>
    </w:p>
    <w:p>
      <w:pPr>
        <w:pStyle w:val="Heading2"/>
        <w:jc w:val="left"/>
      </w:pPr>
      <w:r>
        <w:t>2.2 Название второго параграфа</w:t>
      </w:r>
    </w:p>
    <w:p>
      <w:pPr>
        <w:spacing w:line="360" w:lineRule="auto"/>
        <w:ind w:firstLine="709"/>
        <w:jc w:val="both"/>
      </w:pPr>
      <w:r>
        <w:t>Текст параграфа.</w:t>
      </w:r>
    </w:p>
    <w:p>
      <w:r>
        <w:br w:type="page"/>
      </w:r>
    </w:p>
    <w:p>
      <w:pPr>
        <w:pStyle w:val="Heading1"/>
        <w:jc w:val="center"/>
      </w:pPr>
      <w:r>
        <w:t>ЗАКЛЮЧЕНИЕ</w:t>
      </w:r>
    </w:p>
    <w:p>
      <w:pPr>
        <w:spacing w:line="360" w:lineRule="auto"/>
        <w:ind w:firstLine="709"/>
        <w:jc w:val="both"/>
      </w:pPr>
      <w:r>
        <w:t>Выводы по каждой задаче и ответ, достигнута ли цель.</w:t>
      </w:r>
    </w:p>
    <w:p>
      <w:r>
        <w:br w:type="page"/>
      </w:r>
    </w:p>
    <w:p>
      <w:pPr>
        <w:pStyle w:val="Heading1"/>
        <w:jc w:val="center"/>
      </w:pPr>
      <w:r>
        <w:t>СПИСОК ИСПОЛЬЗОВАННЫХ ИСТОЧНИКОВ</w:t>
      </w:r>
    </w:p>
    <w:p>
      <w:pPr>
        <w:spacing w:line="360" w:lineRule="auto"/>
        <w:ind w:firstLine="709"/>
        <w:jc w:val="both"/>
      </w:pPr>
      <w:r>
        <w:t>1. Фамилия, И. О. Название книги / И. О. Фамилия. – Москва : Издательство, 2024. – 256 с. – Текст : непосредственный.</w:t>
      </w:r>
    </w:p>
    <w:sectPr w:rsidR="00FC693F" w:rsidRPr="0006063C" w:rsidSect="00034616">
      <w:footerReference w:type="default" r:id="rId9"/>
      <w:footerReference w:type="first" r:id="rId10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4"/>
      </w:rPr>
      <w:fldChar w:fldCharType="begin"/>
      <w:instrText xml:space="preserve">PAGE</w:instrText>
      <w:fldChar w:fldCharType="separate"/>
    </w:r>
    <w:r>
      <w:rPr>
        <w:sz w:val="24"/>
      </w:rPr>
      <w:t>2</w:t>
    </w:r>
    <w:r>
      <w:rPr>
        <w:sz w:val="24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4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240"/>
      <w:ind w:firstLine="709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Реферат с содержанием: шаблон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