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Министерство науки и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Российской Федерации</w:t>
      </w:r>
    </w:p>
    <w:p>
      <w:pPr>
        <w:spacing w:after="0" w:before="0"/>
        <w:jc w:val="center"/>
      </w:pPr>
      <w:r>
        <w:rPr>
          <w:b w:val="0"/>
          <w:i w:val="0"/>
        </w:rPr>
        <w:t>Федеральное государственное бюджетное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«______________________ университет»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i w:val="0"/>
        </w:rPr>
        <w:t>Кафедра ______________________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КУРСОВАЯ РАБОТА</w:t>
      </w:r>
    </w:p>
    <w:p>
      <w:pPr>
        <w:spacing w:after="80" w:before="0"/>
        <w:jc w:val="center"/>
      </w:pPr>
      <w:r>
        <w:rPr>
          <w:b w:val="0"/>
          <w:i w:val="0"/>
        </w:rPr>
        <w:t>по дисциплине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 студент(ка) __ курса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группы 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должность, учёная степень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p>
      <w:r>
        <w:br w:type="page"/>
      </w:r>
    </w:p>
    <w:p>
      <w:pPr>
        <w:spacing w:after="240" w:before="0"/>
        <w:jc w:val="center"/>
      </w:pPr>
      <w:r>
        <w:rPr>
          <w:b/>
          <w:i w:val="0"/>
        </w:rPr>
        <w:t>СОДЕРЖАНИЕ</w:t>
      </w:r>
    </w:p>
    <w:p>
      <w:pPr>
        <w:tabs>
          <w:tab w:pos="9354" w:val="right" w:leader="dot"/>
        </w:tabs>
        <w:spacing w:line="360" w:lineRule="auto"/>
        <w:ind w:left="0"/>
      </w:pPr>
      <w:r>
        <w:fldChar w:fldCharType="begin"/>
        <w:instrText xml:space="preserve">TOC \o "1-2" \h \z \u</w:instrText>
        <w:fldChar w:fldCharType="separate"/>
      </w:r>
      <w:r>
        <w:t>Введение</w:t>
        <w:tab/>
        <w:t>3</w:t>
      </w:r>
    </w:p>
    <w:p>
      <w:pPr>
        <w:tabs>
          <w:tab w:pos="9354" w:val="right" w:leader="dot"/>
        </w:tabs>
        <w:spacing w:line="360" w:lineRule="auto"/>
        <w:ind w:left="0"/>
      </w:pPr>
      <w:r>
        <w:t>1 Теоретические основы ______</w:t>
        <w:tab/>
        <w:t>5</w:t>
      </w:r>
    </w:p>
    <w:p>
      <w:pPr>
        <w:tabs>
          <w:tab w:pos="9354" w:val="right" w:leader="dot"/>
        </w:tabs>
        <w:spacing w:line="360" w:lineRule="auto"/>
        <w:ind w:left="340"/>
      </w:pPr>
      <w:r>
        <w:t>1.1 Понятие и сущность ______</w:t>
        <w:tab/>
        <w:t>5</w:t>
      </w:r>
    </w:p>
    <w:p>
      <w:pPr>
        <w:tabs>
          <w:tab w:pos="9354" w:val="right" w:leader="dot"/>
        </w:tabs>
        <w:spacing w:line="360" w:lineRule="auto"/>
        <w:ind w:left="340"/>
      </w:pPr>
      <w:r>
        <w:t>1.2 Подходы к изучению ______</w:t>
        <w:tab/>
        <w:t>9</w:t>
      </w:r>
    </w:p>
    <w:p>
      <w:pPr>
        <w:tabs>
          <w:tab w:pos="9354" w:val="right" w:leader="dot"/>
        </w:tabs>
        <w:spacing w:line="360" w:lineRule="auto"/>
        <w:ind w:left="0"/>
      </w:pPr>
      <w:r>
        <w:t>2 Анализ ______ (практическая часть)</w:t>
        <w:tab/>
        <w:t>13</w:t>
      </w:r>
    </w:p>
    <w:p>
      <w:pPr>
        <w:tabs>
          <w:tab w:pos="9354" w:val="right" w:leader="dot"/>
        </w:tabs>
        <w:spacing w:line="360" w:lineRule="auto"/>
        <w:ind w:left="340"/>
      </w:pPr>
      <w:r>
        <w:t>2.1 Характеристика объекта</w:t>
        <w:tab/>
        <w:t>13</w:t>
      </w:r>
    </w:p>
    <w:p>
      <w:pPr>
        <w:tabs>
          <w:tab w:pos="9354" w:val="right" w:leader="dot"/>
        </w:tabs>
        <w:spacing w:line="360" w:lineRule="auto"/>
        <w:ind w:left="340"/>
      </w:pPr>
      <w:r>
        <w:t>2.2 Анализ результатов</w:t>
        <w:tab/>
        <w:t>17</w:t>
      </w:r>
    </w:p>
    <w:p>
      <w:pPr>
        <w:tabs>
          <w:tab w:pos="9354" w:val="right" w:leader="dot"/>
        </w:tabs>
        <w:spacing w:line="360" w:lineRule="auto"/>
        <w:ind w:left="340"/>
      </w:pPr>
      <w:r>
        <w:t>2.3 Рекомендации</w:t>
        <w:tab/>
        <w:t>22</w:t>
      </w:r>
    </w:p>
    <w:p>
      <w:pPr>
        <w:tabs>
          <w:tab w:pos="9354" w:val="right" w:leader="dot"/>
        </w:tabs>
        <w:spacing w:line="360" w:lineRule="auto"/>
        <w:ind w:left="0"/>
      </w:pPr>
      <w:r>
        <w:t>Заключение</w:t>
        <w:tab/>
        <w:t>25</w:t>
      </w:r>
    </w:p>
    <w:p>
      <w:pPr>
        <w:tabs>
          <w:tab w:pos="9354" w:val="right" w:leader="dot"/>
        </w:tabs>
        <w:spacing w:line="360" w:lineRule="auto"/>
        <w:ind w:left="0"/>
      </w:pPr>
      <w:r>
        <w:t>Список использованных источников</w:t>
        <w:tab/>
        <w:t>27</w:t>
      </w:r>
    </w:p>
    <w:p>
      <w:pPr>
        <w:tabs>
          <w:tab w:pos="9354" w:val="right" w:leader="dot"/>
        </w:tabs>
        <w:spacing w:line="360" w:lineRule="auto"/>
        <w:ind w:left="0"/>
      </w:pPr>
      <w:r>
        <w:t>Приложение А Название приложения</w:t>
        <w:tab/>
        <w:t>30</w:t>
      </w:r>
      <w:r>
        <w:fldChar w:fldCharType="end"/>
      </w:r>
    </w:p>
    <w:p>
      <w:r>
        <w:br w:type="page"/>
      </w:r>
    </w:p>
    <w:p>
      <w:pPr>
        <w:pStyle w:val="Heading1"/>
        <w:jc w:val="center"/>
      </w:pPr>
      <w:r>
        <w:t>ВВЕДЕНИЕ</w:t>
      </w:r>
    </w:p>
    <w:p>
      <w:pPr>
        <w:spacing w:line="360" w:lineRule="auto"/>
        <w:ind w:firstLine="709"/>
        <w:jc w:val="both"/>
      </w:pPr>
      <w:r>
        <w:t>Актуальность темы, объект и предмет исследования, цель и задачи, методы, структура работы.</w:t>
      </w:r>
    </w:p>
    <w:p>
      <w:r>
        <w:br w:type="page"/>
      </w:r>
    </w:p>
    <w:p>
      <w:pPr>
        <w:pStyle w:val="Heading1"/>
        <w:jc w:val="left"/>
      </w:pPr>
      <w:r>
        <w:t>1 Теоретические основы ______</w:t>
      </w:r>
    </w:p>
    <w:p>
      <w:pPr>
        <w:spacing w:line="360" w:lineRule="auto"/>
        <w:ind w:firstLine="709"/>
        <w:jc w:val="both"/>
      </w:pPr>
      <w:r>
        <w:t>Обзор литературы и основные понятия.</w:t>
      </w:r>
    </w:p>
    <w:p>
      <w:pPr>
        <w:pStyle w:val="Heading2"/>
        <w:jc w:val="left"/>
      </w:pPr>
      <w:r>
        <w:t>1.1 Понятие и сущность ______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pPr>
        <w:pStyle w:val="Heading2"/>
        <w:jc w:val="left"/>
      </w:pPr>
      <w:r>
        <w:t>1.2 Подходы к изучению ______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r>
        <w:br w:type="page"/>
      </w:r>
    </w:p>
    <w:p>
      <w:pPr>
        <w:pStyle w:val="Heading1"/>
        <w:jc w:val="left"/>
      </w:pPr>
      <w:r>
        <w:t>2 Анализ ______ (практическая часть)</w:t>
      </w:r>
    </w:p>
    <w:p>
      <w:pPr>
        <w:spacing w:line="360" w:lineRule="auto"/>
        <w:ind w:firstLine="709"/>
        <w:jc w:val="both"/>
      </w:pPr>
      <w:r>
        <w:t>Описание объекта, данные, расчёты, результаты.</w:t>
      </w:r>
    </w:p>
    <w:p>
      <w:pPr>
        <w:pStyle w:val="Heading2"/>
        <w:jc w:val="left"/>
      </w:pPr>
      <w:r>
        <w:t>2.1 Характеристика объекта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pPr>
        <w:pStyle w:val="Heading2"/>
        <w:jc w:val="left"/>
      </w:pPr>
      <w:r>
        <w:t>2.2 Анализ результатов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pPr>
        <w:pStyle w:val="Heading2"/>
        <w:jc w:val="left"/>
      </w:pPr>
      <w:r>
        <w:t>2.3 Рекомендации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r>
        <w:br w:type="page"/>
      </w:r>
    </w:p>
    <w:p>
      <w:pPr>
        <w:pStyle w:val="Heading1"/>
        <w:jc w:val="center"/>
      </w:pPr>
      <w:r>
        <w:t>ЗАКЛЮЧЕНИЕ</w:t>
      </w:r>
    </w:p>
    <w:p>
      <w:pPr>
        <w:spacing w:line="360" w:lineRule="auto"/>
        <w:ind w:firstLine="709"/>
        <w:jc w:val="both"/>
      </w:pPr>
      <w:r>
        <w:t>Выводы по задачам.</w:t>
      </w:r>
    </w:p>
    <w:p>
      <w:r>
        <w:br w:type="page"/>
      </w:r>
    </w:p>
    <w:p>
      <w:pPr>
        <w:pStyle w:val="Heading1"/>
        <w:jc w:val="center"/>
      </w:pPr>
      <w:r>
        <w:t>СПИСОК ИСПОЛЬЗОВАННЫХ ИСТОЧНИКОВ</w:t>
      </w:r>
    </w:p>
    <w:p>
      <w:pPr>
        <w:spacing w:line="360" w:lineRule="auto"/>
        <w:ind w:firstLine="709"/>
        <w:jc w:val="both"/>
      </w:pPr>
      <w:r>
        <w:t>1. Фамилия, И. О. Название книги / И. О. Фамилия. – Москва : Издательство, 2024. – 256 с. – Текст : непосредственный.</w:t>
      </w:r>
    </w:p>
    <w:p>
      <w:r>
        <w:br w:type="page"/>
      </w:r>
    </w:p>
    <w:p>
      <w:pPr>
        <w:pStyle w:val="Heading1"/>
        <w:jc w:val="center"/>
      </w:pPr>
      <w:r>
        <w:t>ПРИЛОЖЕНИЕ А НАЗВАНИЕ ПРИЛОЖЕНИЯ</w:t>
      </w:r>
    </w:p>
    <w:p>
      <w:pPr>
        <w:spacing w:line="360" w:lineRule="auto"/>
        <w:ind w:firstLine="709"/>
        <w:jc w:val="both"/>
      </w:pPr>
      <w:r>
        <w:t>Таблицы, анкеты, расчёты.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4"/>
      </w:rPr>
      <w:fldChar w:fldCharType="begin"/>
      <w:instrText xml:space="preserve">PAGE</w:instrText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240"/>
      <w:ind w:firstLine="709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Курсовая работа с содержанием: шаблон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