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i w:val="0"/>
          <w:color w:val="843C0C"/>
          <w:sz w:val="40"/>
        </w:rPr>
        <w:t>Дежурство по столовой и школе</w:t>
      </w:r>
    </w:p>
    <w:p>
      <w:pPr>
        <w:spacing w:after="200" w:before="0"/>
        <w:jc w:val="center"/>
      </w:pPr>
      <w:r>
        <w:rPr>
          <w:b w:val="0"/>
          <w:i w:val="0"/>
          <w:sz w:val="24"/>
        </w:rPr>
        <w:t>____ «__» класс   ·   ____ четверть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1701"/>
        <w:gridCol w:w="4082"/>
        <w:gridCol w:w="2835"/>
      </w:tblGrid>
      <w:tr>
        <w:tc>
          <w:tcPr>
            <w:tcW w:type="dxa" w:w="1587"/>
            <w:vAlign w:val="center"/>
            <w:shd w:val="clear" w:color="auto" w:fill="F8CBAD"/>
          </w:tcPr>
          <w:p>
            <w:pPr>
              <w:jc w:val="center"/>
            </w:pPr>
            <w:r/>
            <w:r>
              <w:rPr>
                <w:b/>
                <w:sz w:val="22"/>
              </w:rPr>
              <w:t>Дата</w:t>
            </w:r>
          </w:p>
        </w:tc>
        <w:tc>
          <w:tcPr>
            <w:tcW w:type="dxa" w:w="1701"/>
            <w:vAlign w:val="center"/>
            <w:shd w:val="clear" w:color="auto" w:fill="F8CBAD"/>
          </w:tcPr>
          <w:p>
            <w:pPr>
              <w:jc w:val="center"/>
            </w:pPr>
            <w:r/>
            <w:r>
              <w:rPr>
                <w:b/>
                <w:sz w:val="22"/>
              </w:rPr>
              <w:t>Пост</w:t>
            </w:r>
          </w:p>
        </w:tc>
        <w:tc>
          <w:tcPr>
            <w:tcW w:type="dxa" w:w="4082"/>
            <w:vAlign w:val="center"/>
            <w:shd w:val="clear" w:color="auto" w:fill="F8CBAD"/>
          </w:tcPr>
          <w:p>
            <w:pPr>
              <w:jc w:val="center"/>
            </w:pPr>
            <w:r/>
            <w:r>
              <w:rPr>
                <w:b/>
                <w:sz w:val="22"/>
              </w:rPr>
              <w:t>Дежурные</w:t>
            </w:r>
          </w:p>
        </w:tc>
        <w:tc>
          <w:tcPr>
            <w:tcW w:type="dxa" w:w="2835"/>
            <w:vAlign w:val="center"/>
            <w:shd w:val="clear" w:color="auto" w:fill="F8CBAD"/>
          </w:tcPr>
          <w:p>
            <w:pPr>
              <w:jc w:val="center"/>
            </w:pPr>
            <w:r/>
            <w:r>
              <w:rPr>
                <w:b/>
                <w:sz w:val="22"/>
              </w:rPr>
              <w:t>Подпись ответственного</w:t>
            </w:r>
          </w:p>
        </w:tc>
      </w:tr>
      <w:tr>
        <w:trPr>
          <w:trHeight w:val="963" w:hRule="exact"/>
        </w:trPr>
        <w:tc>
          <w:tcPr>
            <w:tcW w:type="dxa" w:w="1587"/>
          </w:tcPr>
          <w:p/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Столовая</w:t>
            </w:r>
          </w:p>
        </w:tc>
        <w:tc>
          <w:tcPr>
            <w:tcW w:type="dxa" w:w="4082"/>
          </w:tcPr>
          <w:p/>
        </w:tc>
        <w:tc>
          <w:tcPr>
            <w:tcW w:type="dxa" w:w="2835"/>
          </w:tcPr>
          <w:p/>
        </w:tc>
      </w:tr>
      <w:tr>
        <w:trPr>
          <w:trHeight w:val="963" w:hRule="exact"/>
        </w:trPr>
        <w:tc>
          <w:tcPr>
            <w:tcW w:type="dxa" w:w="1587"/>
          </w:tcPr>
          <w:p/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Вход</w:t>
            </w:r>
          </w:p>
        </w:tc>
        <w:tc>
          <w:tcPr>
            <w:tcW w:type="dxa" w:w="4082"/>
          </w:tcPr>
          <w:p/>
        </w:tc>
        <w:tc>
          <w:tcPr>
            <w:tcW w:type="dxa" w:w="2835"/>
          </w:tcPr>
          <w:p/>
        </w:tc>
      </w:tr>
      <w:tr>
        <w:trPr>
          <w:trHeight w:val="963" w:hRule="exact"/>
        </w:trPr>
        <w:tc>
          <w:tcPr>
            <w:tcW w:type="dxa" w:w="1587"/>
          </w:tcPr>
          <w:p/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1 этаж</w:t>
            </w:r>
          </w:p>
        </w:tc>
        <w:tc>
          <w:tcPr>
            <w:tcW w:type="dxa" w:w="4082"/>
          </w:tcPr>
          <w:p/>
        </w:tc>
        <w:tc>
          <w:tcPr>
            <w:tcW w:type="dxa" w:w="2835"/>
          </w:tcPr>
          <w:p/>
        </w:tc>
      </w:tr>
      <w:tr>
        <w:trPr>
          <w:trHeight w:val="963" w:hRule="exact"/>
        </w:trPr>
        <w:tc>
          <w:tcPr>
            <w:tcW w:type="dxa" w:w="1587"/>
          </w:tcPr>
          <w:p/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2 этаж</w:t>
            </w:r>
          </w:p>
        </w:tc>
        <w:tc>
          <w:tcPr>
            <w:tcW w:type="dxa" w:w="4082"/>
          </w:tcPr>
          <w:p/>
        </w:tc>
        <w:tc>
          <w:tcPr>
            <w:tcW w:type="dxa" w:w="2835"/>
          </w:tcPr>
          <w:p/>
        </w:tc>
      </w:tr>
      <w:tr>
        <w:trPr>
          <w:trHeight w:val="963" w:hRule="exact"/>
        </w:trPr>
        <w:tc>
          <w:tcPr>
            <w:tcW w:type="dxa" w:w="1587"/>
          </w:tcPr>
          <w:p/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3 этаж</w:t>
            </w:r>
          </w:p>
        </w:tc>
        <w:tc>
          <w:tcPr>
            <w:tcW w:type="dxa" w:w="4082"/>
          </w:tcPr>
          <w:p/>
        </w:tc>
        <w:tc>
          <w:tcPr>
            <w:tcW w:type="dxa" w:w="2835"/>
          </w:tcPr>
          <w:p/>
        </w:tc>
      </w:tr>
      <w:tr>
        <w:trPr>
          <w:trHeight w:val="963" w:hRule="exact"/>
        </w:trPr>
        <w:tc>
          <w:tcPr>
            <w:tcW w:type="dxa" w:w="1587"/>
          </w:tcPr>
          <w:p/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Столовая</w:t>
            </w:r>
          </w:p>
        </w:tc>
        <w:tc>
          <w:tcPr>
            <w:tcW w:type="dxa" w:w="4082"/>
          </w:tcPr>
          <w:p/>
        </w:tc>
        <w:tc>
          <w:tcPr>
            <w:tcW w:type="dxa" w:w="2835"/>
          </w:tcPr>
          <w:p/>
        </w:tc>
      </w:tr>
      <w:tr>
        <w:trPr>
          <w:trHeight w:val="963" w:hRule="exact"/>
        </w:trPr>
        <w:tc>
          <w:tcPr>
            <w:tcW w:type="dxa" w:w="1587"/>
          </w:tcPr>
          <w:p/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Вход</w:t>
            </w:r>
          </w:p>
        </w:tc>
        <w:tc>
          <w:tcPr>
            <w:tcW w:type="dxa" w:w="4082"/>
          </w:tcPr>
          <w:p/>
        </w:tc>
        <w:tc>
          <w:tcPr>
            <w:tcW w:type="dxa" w:w="2835"/>
          </w:tcPr>
          <w:p/>
        </w:tc>
      </w:tr>
      <w:tr>
        <w:trPr>
          <w:trHeight w:val="963" w:hRule="exact"/>
        </w:trPr>
        <w:tc>
          <w:tcPr>
            <w:tcW w:type="dxa" w:w="1587"/>
          </w:tcPr>
          <w:p/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1 этаж</w:t>
            </w:r>
          </w:p>
        </w:tc>
        <w:tc>
          <w:tcPr>
            <w:tcW w:type="dxa" w:w="4082"/>
          </w:tcPr>
          <w:p/>
        </w:tc>
        <w:tc>
          <w:tcPr>
            <w:tcW w:type="dxa" w:w="2835"/>
          </w:tcPr>
          <w:p/>
        </w:tc>
      </w:tr>
      <w:tr>
        <w:trPr>
          <w:trHeight w:val="963" w:hRule="exact"/>
        </w:trPr>
        <w:tc>
          <w:tcPr>
            <w:tcW w:type="dxa" w:w="1587"/>
          </w:tcPr>
          <w:p/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2 этаж</w:t>
            </w:r>
          </w:p>
        </w:tc>
        <w:tc>
          <w:tcPr>
            <w:tcW w:type="dxa" w:w="4082"/>
          </w:tcPr>
          <w:p/>
        </w:tc>
        <w:tc>
          <w:tcPr>
            <w:tcW w:type="dxa" w:w="2835"/>
          </w:tcPr>
          <w:p/>
        </w:tc>
      </w:tr>
      <w:tr>
        <w:trPr>
          <w:trHeight w:val="963" w:hRule="exact"/>
        </w:trPr>
        <w:tc>
          <w:tcPr>
            <w:tcW w:type="dxa" w:w="1587"/>
          </w:tcPr>
          <w:p/>
        </w:tc>
        <w:tc>
          <w:tcPr>
            <w:tcW w:type="dxa" w:w="1701"/>
            <w:vAlign w:val="center"/>
          </w:tcPr>
          <w:p>
            <w:pPr>
              <w:jc w:val="center"/>
            </w:pPr>
            <w:r/>
            <w:r>
              <w:rPr>
                <w:b w:val="0"/>
                <w:sz w:val="22"/>
              </w:rPr>
              <w:t>3 этаж</w:t>
            </w:r>
          </w:p>
        </w:tc>
        <w:tc>
          <w:tcPr>
            <w:tcW w:type="dxa" w:w="4082"/>
          </w:tcPr>
          <w:p/>
        </w:tc>
        <w:tc>
          <w:tcPr>
            <w:tcW w:type="dxa" w:w="2835"/>
          </w:tcPr>
          <w:p/>
        </w:tc>
      </w:tr>
    </w:tbl>
    <w:sectPr w:rsidR="00FC693F" w:rsidRPr="0006063C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дежурства по школе и столовой</dc:title>
  <dc:subject/>
  <dc:creator>SavePiner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