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i w:val="0"/>
          <w:color w:val="1F4E79"/>
          <w:sz w:val="44"/>
        </w:rPr>
        <w:t>График дежурства в классе</w:t>
      </w:r>
    </w:p>
    <w:p>
      <w:pPr>
        <w:spacing w:after="200" w:before="0"/>
        <w:jc w:val="center"/>
      </w:pPr>
      <w:r>
        <w:rPr>
          <w:b w:val="0"/>
          <w:i w:val="0"/>
          <w:sz w:val="24"/>
        </w:rPr>
        <w:t>____ «__» класс   ·   неделя с «__» ________ по «__» ________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4195"/>
        <w:gridCol w:w="3628"/>
      </w:tblGrid>
      <w:tr>
        <w:tc>
          <w:tcPr>
            <w:tcW w:type="dxa" w:w="2381"/>
            <w:vAlign w:val="center"/>
            <w:shd w:val="clear" w:color="auto" w:fill="BDD7EE"/>
          </w:tcPr>
          <w:p>
            <w:pPr>
              <w:jc w:val="center"/>
            </w:pPr>
            <w:r/>
            <w:r>
              <w:rPr>
                <w:b/>
                <w:sz w:val="24"/>
              </w:rPr>
              <w:t>День</w:t>
            </w:r>
          </w:p>
        </w:tc>
        <w:tc>
          <w:tcPr>
            <w:tcW w:type="dxa" w:w="4195"/>
            <w:vAlign w:val="center"/>
            <w:shd w:val="clear" w:color="auto" w:fill="BDD7EE"/>
          </w:tcPr>
          <w:p>
            <w:pPr>
              <w:jc w:val="center"/>
            </w:pPr>
            <w:r/>
            <w:r>
              <w:rPr>
                <w:b/>
                <w:sz w:val="24"/>
              </w:rPr>
              <w:t>Дежурные (Фамилия Имя)</w:t>
            </w:r>
          </w:p>
        </w:tc>
        <w:tc>
          <w:tcPr>
            <w:tcW w:type="dxa" w:w="3628"/>
            <w:vAlign w:val="center"/>
            <w:shd w:val="clear" w:color="auto" w:fill="BDD7EE"/>
          </w:tcPr>
          <w:p>
            <w:pPr>
              <w:jc w:val="center"/>
            </w:pPr>
            <w:r/>
            <w:r>
              <w:rPr>
                <w:b/>
                <w:sz w:val="24"/>
              </w:rPr>
              <w:t>Отметка учителя</w:t>
            </w:r>
          </w:p>
        </w:tc>
      </w:tr>
      <w:tr>
        <w:trPr>
          <w:trHeight w:val="1360" w:hRule="exact"/>
        </w:trPr>
        <w:tc>
          <w:tcPr>
            <w:tcW w:type="dxa" w:w="2381"/>
            <w:vAlign w:val="center"/>
            <w:shd w:val="clear" w:color="auto" w:fill="EAF1FB"/>
          </w:tcPr>
          <w:p>
            <w:pPr>
              <w:jc w:val="center"/>
            </w:pPr>
            <w:r/>
            <w:r>
              <w:rPr>
                <w:b/>
                <w:sz w:val="24"/>
              </w:rPr>
              <w:t>Понедельник</w:t>
            </w:r>
          </w:p>
        </w:tc>
        <w:tc>
          <w:tcPr>
            <w:tcW w:type="dxa" w:w="4195"/>
            <w:vAlign w:val="center"/>
          </w:tcPr>
          <w:p>
            <w:pPr>
              <w:jc w:val="left"/>
            </w:pPr>
            <w:r/>
            <w:r>
              <w:rPr>
                <w:b w:val="0"/>
                <w:sz w:val="24"/>
              </w:rPr>
              <w:t>1. ____________________</w:t>
              <w:br/>
              <w:t>2. ____________________</w:t>
            </w:r>
          </w:p>
        </w:tc>
        <w:tc>
          <w:tcPr>
            <w:tcW w:type="dxa" w:w="3628"/>
          </w:tcPr>
          <w:p/>
        </w:tc>
      </w:tr>
      <w:tr>
        <w:trPr>
          <w:trHeight w:val="1360" w:hRule="exact"/>
        </w:trPr>
        <w:tc>
          <w:tcPr>
            <w:tcW w:type="dxa" w:w="2381"/>
            <w:vAlign w:val="center"/>
            <w:shd w:val="clear" w:color="auto" w:fill="EAF1FB"/>
          </w:tcPr>
          <w:p>
            <w:pPr>
              <w:jc w:val="center"/>
            </w:pPr>
            <w:r/>
            <w:r>
              <w:rPr>
                <w:b/>
                <w:sz w:val="24"/>
              </w:rPr>
              <w:t>Вторник</w:t>
            </w:r>
          </w:p>
        </w:tc>
        <w:tc>
          <w:tcPr>
            <w:tcW w:type="dxa" w:w="4195"/>
            <w:vAlign w:val="center"/>
          </w:tcPr>
          <w:p>
            <w:pPr>
              <w:jc w:val="left"/>
            </w:pPr>
            <w:r/>
            <w:r>
              <w:rPr>
                <w:b w:val="0"/>
                <w:sz w:val="24"/>
              </w:rPr>
              <w:t>1. ____________________</w:t>
              <w:br/>
              <w:t>2. ____________________</w:t>
            </w:r>
          </w:p>
        </w:tc>
        <w:tc>
          <w:tcPr>
            <w:tcW w:type="dxa" w:w="3628"/>
          </w:tcPr>
          <w:p/>
        </w:tc>
      </w:tr>
      <w:tr>
        <w:trPr>
          <w:trHeight w:val="1360" w:hRule="exact"/>
        </w:trPr>
        <w:tc>
          <w:tcPr>
            <w:tcW w:type="dxa" w:w="2381"/>
            <w:vAlign w:val="center"/>
            <w:shd w:val="clear" w:color="auto" w:fill="EAF1FB"/>
          </w:tcPr>
          <w:p>
            <w:pPr>
              <w:jc w:val="center"/>
            </w:pPr>
            <w:r/>
            <w:r>
              <w:rPr>
                <w:b/>
                <w:sz w:val="24"/>
              </w:rPr>
              <w:t>Среда</w:t>
            </w:r>
          </w:p>
        </w:tc>
        <w:tc>
          <w:tcPr>
            <w:tcW w:type="dxa" w:w="4195"/>
            <w:vAlign w:val="center"/>
          </w:tcPr>
          <w:p>
            <w:pPr>
              <w:jc w:val="left"/>
            </w:pPr>
            <w:r/>
            <w:r>
              <w:rPr>
                <w:b w:val="0"/>
                <w:sz w:val="24"/>
              </w:rPr>
              <w:t>1. ____________________</w:t>
              <w:br/>
              <w:t>2. ____________________</w:t>
            </w:r>
          </w:p>
        </w:tc>
        <w:tc>
          <w:tcPr>
            <w:tcW w:type="dxa" w:w="3628"/>
          </w:tcPr>
          <w:p/>
        </w:tc>
      </w:tr>
      <w:tr>
        <w:trPr>
          <w:trHeight w:val="1360" w:hRule="exact"/>
        </w:trPr>
        <w:tc>
          <w:tcPr>
            <w:tcW w:type="dxa" w:w="2381"/>
            <w:vAlign w:val="center"/>
            <w:shd w:val="clear" w:color="auto" w:fill="EAF1FB"/>
          </w:tcPr>
          <w:p>
            <w:pPr>
              <w:jc w:val="center"/>
            </w:pPr>
            <w:r/>
            <w:r>
              <w:rPr>
                <w:b/>
                <w:sz w:val="24"/>
              </w:rPr>
              <w:t>Четверг</w:t>
            </w:r>
          </w:p>
        </w:tc>
        <w:tc>
          <w:tcPr>
            <w:tcW w:type="dxa" w:w="4195"/>
            <w:vAlign w:val="center"/>
          </w:tcPr>
          <w:p>
            <w:pPr>
              <w:jc w:val="left"/>
            </w:pPr>
            <w:r/>
            <w:r>
              <w:rPr>
                <w:b w:val="0"/>
                <w:sz w:val="24"/>
              </w:rPr>
              <w:t>1. ____________________</w:t>
              <w:br/>
              <w:t>2. ____________________</w:t>
            </w:r>
          </w:p>
        </w:tc>
        <w:tc>
          <w:tcPr>
            <w:tcW w:type="dxa" w:w="3628"/>
          </w:tcPr>
          <w:p/>
        </w:tc>
      </w:tr>
      <w:tr>
        <w:trPr>
          <w:trHeight w:val="1360" w:hRule="exact"/>
        </w:trPr>
        <w:tc>
          <w:tcPr>
            <w:tcW w:type="dxa" w:w="2381"/>
            <w:vAlign w:val="center"/>
            <w:shd w:val="clear" w:color="auto" w:fill="EAF1FB"/>
          </w:tcPr>
          <w:p>
            <w:pPr>
              <w:jc w:val="center"/>
            </w:pPr>
            <w:r/>
            <w:r>
              <w:rPr>
                <w:b/>
                <w:sz w:val="24"/>
              </w:rPr>
              <w:t>Пятница</w:t>
            </w:r>
          </w:p>
        </w:tc>
        <w:tc>
          <w:tcPr>
            <w:tcW w:type="dxa" w:w="4195"/>
            <w:vAlign w:val="center"/>
          </w:tcPr>
          <w:p>
            <w:pPr>
              <w:jc w:val="left"/>
            </w:pPr>
            <w:r/>
            <w:r>
              <w:rPr>
                <w:b w:val="0"/>
                <w:sz w:val="24"/>
              </w:rPr>
              <w:t>1. ____________________</w:t>
              <w:br/>
              <w:t>2. ____________________</w:t>
            </w:r>
          </w:p>
        </w:tc>
        <w:tc>
          <w:tcPr>
            <w:tcW w:type="dxa" w:w="3628"/>
          </w:tcPr>
          <w:p/>
        </w:tc>
      </w:tr>
      <w:tr>
        <w:trPr>
          <w:trHeight w:val="1360" w:hRule="exact"/>
        </w:trPr>
        <w:tc>
          <w:tcPr>
            <w:tcW w:type="dxa" w:w="2381"/>
            <w:vAlign w:val="center"/>
            <w:shd w:val="clear" w:color="auto" w:fill="EAF1FB"/>
          </w:tcPr>
          <w:p>
            <w:pPr>
              <w:jc w:val="center"/>
            </w:pPr>
            <w:r/>
            <w:r>
              <w:rPr>
                <w:b/>
                <w:sz w:val="24"/>
              </w:rPr>
              <w:t>Суббота</w:t>
            </w:r>
          </w:p>
        </w:tc>
        <w:tc>
          <w:tcPr>
            <w:tcW w:type="dxa" w:w="4195"/>
            <w:vAlign w:val="center"/>
          </w:tcPr>
          <w:p>
            <w:pPr>
              <w:jc w:val="left"/>
            </w:pPr>
            <w:r/>
            <w:r>
              <w:rPr>
                <w:b w:val="0"/>
                <w:sz w:val="24"/>
              </w:rPr>
              <w:t>1. ____________________</w:t>
              <w:br/>
              <w:t>2. ____________________</w:t>
            </w:r>
          </w:p>
        </w:tc>
        <w:tc>
          <w:tcPr>
            <w:tcW w:type="dxa" w:w="3628"/>
          </w:tcPr>
          <w:p/>
        </w:tc>
      </w:tr>
    </w:tbl>
    <w:p>
      <w:pPr>
        <w:spacing w:after="160" w:before="0"/>
        <w:jc w:val="center"/>
      </w:pPr>
    </w:p>
    <w:p>
      <w:pPr>
        <w:spacing w:after="80" w:before="0"/>
        <w:jc w:val="left"/>
      </w:pPr>
      <w:r>
        <w:rPr>
          <w:b/>
          <w:i w:val="0"/>
          <w:color w:val="1F4E79"/>
          <w:sz w:val="26"/>
        </w:rPr>
        <w:t>Что делает дежурный</w:t>
      </w:r>
    </w:p>
    <w:p>
      <w:pPr>
        <w:spacing w:after="60" w:before="0"/>
        <w:ind w:left="170"/>
        <w:jc w:val="left"/>
      </w:pPr>
      <w:r>
        <w:rPr>
          <w:b w:val="0"/>
          <w:i w:val="0"/>
          <w:sz w:val="23"/>
        </w:rPr>
        <w:t>•  Перед уроками: открыть окна на проветривание, полить цветы, проверить мел и тряпку у доски.</w:t>
      </w:r>
    </w:p>
    <w:p>
      <w:pPr>
        <w:spacing w:after="60" w:before="0"/>
        <w:ind w:left="170"/>
        <w:jc w:val="left"/>
      </w:pPr>
      <w:r>
        <w:rPr>
          <w:b w:val="0"/>
          <w:i w:val="0"/>
          <w:sz w:val="23"/>
        </w:rPr>
        <w:t>•  На переменах: стереть доску, разложить нужные учебники и тетради по просьбе учителя.</w:t>
      </w:r>
    </w:p>
    <w:p>
      <w:pPr>
        <w:spacing w:after="60" w:before="0"/>
        <w:ind w:left="170"/>
        <w:jc w:val="left"/>
      </w:pPr>
      <w:r>
        <w:rPr>
          <w:b w:val="0"/>
          <w:i w:val="0"/>
          <w:sz w:val="23"/>
        </w:rPr>
        <w:t>•  После уроков: поднять стулья, собрать мусор с пола и парт, закрыть окна, сдать класс учителю.</w:t>
      </w:r>
    </w:p>
    <w:sectPr w:rsidR="00FC693F" w:rsidRPr="0006063C" w:rsidSect="00034616">
      <w:pgSz w:w="11906" w:h="16838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Arial" w:hAnsi="Arial" w:eastAsia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дежурства в классе на неделю</dc:title>
  <dc:subject/>
  <dc:creator>SavePiner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