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385723"/>
          <w:sz w:val="40"/>
        </w:rPr>
        <w:t>График дежурства на месяц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Месяц: ______________   Класс: ______   Классный руководитель: 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2324"/>
        <w:gridCol w:w="2324"/>
        <w:gridCol w:w="2324"/>
        <w:gridCol w:w="2324"/>
        <w:gridCol w:w="2324"/>
        <w:gridCol w:w="2324"/>
      </w:tblGrid>
      <w:tr>
        <w:tc>
          <w:tcPr>
            <w:tcW w:type="dxa" w:w="1361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Неделя</w:t>
            </w:r>
          </w:p>
        </w:tc>
        <w:tc>
          <w:tcPr>
            <w:tcW w:type="dxa" w:w="232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Понедельник</w:t>
            </w:r>
          </w:p>
        </w:tc>
        <w:tc>
          <w:tcPr>
            <w:tcW w:type="dxa" w:w="232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Вторник</w:t>
            </w:r>
          </w:p>
        </w:tc>
        <w:tc>
          <w:tcPr>
            <w:tcW w:type="dxa" w:w="232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Среда</w:t>
            </w:r>
          </w:p>
        </w:tc>
        <w:tc>
          <w:tcPr>
            <w:tcW w:type="dxa" w:w="232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Четверг</w:t>
            </w:r>
          </w:p>
        </w:tc>
        <w:tc>
          <w:tcPr>
            <w:tcW w:type="dxa" w:w="232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Пятница</w:t>
            </w:r>
          </w:p>
        </w:tc>
        <w:tc>
          <w:tcPr>
            <w:tcW w:type="dxa" w:w="2324"/>
            <w:vAlign w:val="center"/>
            <w:shd w:val="clear" w:color="auto" w:fill="C5E0B4"/>
          </w:tcPr>
          <w:p>
            <w:pPr>
              <w:jc w:val="center"/>
            </w:pPr>
            <w:r/>
            <w:r>
              <w:rPr>
                <w:b/>
                <w:sz w:val="22"/>
              </w:rPr>
              <w:t>Суббота</w:t>
            </w:r>
          </w:p>
        </w:tc>
      </w:tr>
      <w:tr>
        <w:trPr>
          <w:trHeight w:val="1587" w:hRule="exact"/>
        </w:trPr>
        <w:tc>
          <w:tcPr>
            <w:tcW w:type="dxa" w:w="1361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8"/>
              </w:rPr>
              <w:t>1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</w:tr>
      <w:tr>
        <w:trPr>
          <w:trHeight w:val="1587" w:hRule="exact"/>
        </w:trPr>
        <w:tc>
          <w:tcPr>
            <w:tcW w:type="dxa" w:w="1361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8"/>
              </w:rPr>
              <w:t>2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</w:tr>
      <w:tr>
        <w:trPr>
          <w:trHeight w:val="1587" w:hRule="exact"/>
        </w:trPr>
        <w:tc>
          <w:tcPr>
            <w:tcW w:type="dxa" w:w="1361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8"/>
              </w:rPr>
              <w:t>3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</w:tr>
      <w:tr>
        <w:trPr>
          <w:trHeight w:val="1587" w:hRule="exact"/>
        </w:trPr>
        <w:tc>
          <w:tcPr>
            <w:tcW w:type="dxa" w:w="1361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8"/>
              </w:rPr>
              <w:t>4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</w:tr>
      <w:tr>
        <w:trPr>
          <w:trHeight w:val="1587" w:hRule="exact"/>
        </w:trPr>
        <w:tc>
          <w:tcPr>
            <w:tcW w:type="dxa" w:w="1361"/>
            <w:vAlign w:val="center"/>
            <w:shd w:val="clear" w:color="auto" w:fill="E2EFDA"/>
          </w:tcPr>
          <w:p>
            <w:pPr>
              <w:jc w:val="center"/>
            </w:pPr>
            <w:r/>
            <w:r>
              <w:rPr>
                <w:b/>
                <w:sz w:val="28"/>
              </w:rPr>
              <w:t>5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  <w:tc>
          <w:tcPr>
            <w:tcW w:type="dxa" w:w="232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число: ___</w:t>
              <w:br/>
              <w:br/>
              <w:t>______________</w:t>
              <w:br/>
              <w:t>______________</w:t>
            </w:r>
          </w:p>
        </w:tc>
      </w:tr>
    </w:tbl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дежурства на месяц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